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A2540"/>
        </w:rPr>
        <w:t>Bank Transfer Details Card</w:t>
      </w:r>
    </w:p>
    <w:p>
      <w:r>
        <w:rPr>
          <w:b/>
        </w:rPr>
        <w:t>[Your Full Name]</w:t>
      </w:r>
    </w:p>
    <w:p>
      <w:r>
        <w:rPr>
          <w:b w:val="0"/>
        </w:rPr>
        <w:t>[Your Business Name, if any]</w:t>
      </w:r>
    </w:p>
    <w:p>
      <w:r>
        <w:rPr>
          <w:b w:val="0"/>
        </w:rPr>
        <w:t>Bank: [bank name]</w:t>
      </w:r>
    </w:p>
    <w:p>
      <w:r>
        <w:rPr>
          <w:b w:val="0"/>
        </w:rPr>
        <w:t>Account title: [account title exactly as on the bank record]</w:t>
      </w:r>
    </w:p>
    <w:p>
      <w:r>
        <w:rPr>
          <w:b w:val="0"/>
        </w:rPr>
        <w:t>Account number / IBAN: [account number or IBAN]</w:t>
      </w:r>
    </w:p>
    <w:p>
      <w:r>
        <w:rPr>
          <w:b w:val="0"/>
        </w:rPr>
        <w:t>Branch: [branch name and city, if needed]</w:t>
      </w:r>
    </w:p>
    <w:p>
      <w:r>
        <w:rPr>
          <w:b w:val="0"/>
        </w:rPr>
        <w:t>Also accepted: JazzCash [number] | Easypaisa [number]</w:t>
      </w:r>
    </w:p>
    <w:p>
      <w:r>
        <w:rPr>
          <w:b w:val="0"/>
        </w:rPr>
        <w:t>Please share the transaction receipt after payment so I can confirm it quickly. Thank you.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