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Client File Request List</w:t>
      </w:r>
    </w:p>
    <w:p>
      <w:pPr>
        <w:pStyle w:val="Heading1"/>
      </w:pPr>
      <w:r>
        <w:t>How to use this list</w:t>
      </w:r>
    </w:p>
    <w:p>
      <w:r>
        <w:t>S</w:t>
      </w:r>
    </w:p>
    <w:p>
      <w:r>
        <w:t>e</w:t>
      </w:r>
    </w:p>
    <w:p>
      <w:r>
        <w:t>n</w:t>
      </w:r>
    </w:p>
    <w:p>
      <w:r>
        <w:t>d</w:t>
      </w:r>
    </w:p>
    <w:p>
      <w:r>
        <w:t xml:space="preserve"> </w:t>
      </w:r>
    </w:p>
    <w:p>
      <w:r>
        <w:t>t</w:t>
      </w:r>
    </w:p>
    <w:p>
      <w:r>
        <w:t>h</w:t>
      </w:r>
    </w:p>
    <w:p>
      <w:r>
        <w:t>i</w:t>
      </w:r>
    </w:p>
    <w:p>
      <w:r>
        <w:t>s</w:t>
      </w:r>
    </w:p>
    <w:p>
      <w:r>
        <w:t xml:space="preserve"> </w:t>
      </w:r>
    </w:p>
    <w:p>
      <w:r>
        <w:t>l</w:t>
      </w:r>
    </w:p>
    <w:p>
      <w:r>
        <w:t>i</w:t>
      </w:r>
    </w:p>
    <w:p>
      <w:r>
        <w:t>s</w:t>
      </w:r>
    </w:p>
    <w:p>
      <w:r>
        <w:t>t</w:t>
      </w:r>
    </w:p>
    <w:p>
      <w:r>
        <w:t xml:space="preserve"> </w:t>
      </w:r>
    </w:p>
    <w:p>
      <w:r>
        <w:t>t</w:t>
      </w:r>
    </w:p>
    <w:p>
      <w:r>
        <w:t>o</w:t>
      </w:r>
    </w:p>
    <w:p>
      <w:r>
        <w:t xml:space="preserve"> </w:t>
      </w:r>
    </w:p>
    <w:p>
      <w:r>
        <w:t>y</w:t>
      </w:r>
    </w:p>
    <w:p>
      <w:r>
        <w:t>o</w:t>
      </w:r>
    </w:p>
    <w:p>
      <w:r>
        <w:t>u</w:t>
      </w:r>
    </w:p>
    <w:p>
      <w:r>
        <w:t>r</w:t>
      </w:r>
    </w:p>
    <w:p>
      <w:r>
        <w:t xml:space="preserve"> </w:t>
      </w:r>
    </w:p>
    <w:p>
      <w:r>
        <w:t>c</w:t>
      </w:r>
    </w:p>
    <w:p>
      <w:r>
        <w:t>l</w:t>
      </w:r>
    </w:p>
    <w:p>
      <w:r>
        <w:t>i</w:t>
      </w:r>
    </w:p>
    <w:p>
      <w:r>
        <w:t>e</w:t>
      </w:r>
    </w:p>
    <w:p>
      <w:r>
        <w:t>n</w:t>
      </w:r>
    </w:p>
    <w:p>
      <w:r>
        <w:t>t</w:t>
      </w:r>
    </w:p>
    <w:p>
      <w:r>
        <w:t xml:space="preserve"> </w:t>
      </w:r>
    </w:p>
    <w:p>
      <w:r>
        <w:t>b</w:t>
      </w:r>
    </w:p>
    <w:p>
      <w:r>
        <w:t>e</w:t>
      </w:r>
    </w:p>
    <w:p>
      <w:r>
        <w:t>f</w:t>
      </w:r>
    </w:p>
    <w:p>
      <w:r>
        <w:t>o</w:t>
      </w:r>
    </w:p>
    <w:p>
      <w:r>
        <w:t>r</w:t>
      </w:r>
    </w:p>
    <w:p>
      <w:r>
        <w:t>e</w:t>
      </w:r>
    </w:p>
    <w:p>
      <w:r>
        <w:t xml:space="preserve"> </w:t>
      </w:r>
    </w:p>
    <w:p>
      <w:r>
        <w:t>w</w:t>
      </w:r>
    </w:p>
    <w:p>
      <w:r>
        <w:t>o</w:t>
      </w:r>
    </w:p>
    <w:p>
      <w:r>
        <w:t>r</w:t>
      </w:r>
    </w:p>
    <w:p>
      <w:r>
        <w:t>k</w:t>
      </w:r>
    </w:p>
    <w:p>
      <w:r>
        <w:t xml:space="preserve"> </w:t>
      </w:r>
    </w:p>
    <w:p>
      <w:r>
        <w:t>s</w:t>
      </w:r>
    </w:p>
    <w:p>
      <w:r>
        <w:t>t</w:t>
      </w:r>
    </w:p>
    <w:p>
      <w:r>
        <w:t>a</w:t>
      </w:r>
    </w:p>
    <w:p>
      <w:r>
        <w:t>r</w:t>
      </w:r>
    </w:p>
    <w:p>
      <w:r>
        <w:t>t</w:t>
      </w:r>
    </w:p>
    <w:p>
      <w:r>
        <w:t>s</w:t>
      </w:r>
    </w:p>
    <w:p>
      <w:r>
        <w:t>.</w:t>
      </w:r>
    </w:p>
    <w:p>
      <w:r>
        <w:t xml:space="preserve"> </w:t>
      </w:r>
    </w:p>
    <w:p>
      <w:r>
        <w:t>A</w:t>
      </w:r>
    </w:p>
    <w:p>
      <w:r>
        <w:t>s</w:t>
      </w:r>
    </w:p>
    <w:p>
      <w:r>
        <w:t>k</w:t>
      </w:r>
    </w:p>
    <w:p>
      <w:r>
        <w:t xml:space="preserve"> </w:t>
      </w:r>
    </w:p>
    <w:p>
      <w:r>
        <w:t>t</w:t>
      </w:r>
    </w:p>
    <w:p>
      <w:r>
        <w:t>h</w:t>
      </w:r>
    </w:p>
    <w:p>
      <w:r>
        <w:t>e</w:t>
      </w:r>
    </w:p>
    <w:p>
      <w:r>
        <w:t>m</w:t>
      </w:r>
    </w:p>
    <w:p>
      <w:r>
        <w:t xml:space="preserve"> </w:t>
      </w:r>
    </w:p>
    <w:p>
      <w:r>
        <w:t>t</w:t>
      </w:r>
    </w:p>
    <w:p>
      <w:r>
        <w:t>o</w:t>
      </w:r>
    </w:p>
    <w:p>
      <w:r>
        <w:t xml:space="preserve"> </w:t>
      </w:r>
    </w:p>
    <w:p>
      <w:r>
        <w:t>t</w:t>
      </w:r>
    </w:p>
    <w:p>
      <w:r>
        <w:t>i</w:t>
      </w:r>
    </w:p>
    <w:p>
      <w:r>
        <w:t>c</w:t>
      </w:r>
    </w:p>
    <w:p>
      <w:r>
        <w:t>k</w:t>
      </w:r>
    </w:p>
    <w:p>
      <w:r>
        <w:t xml:space="preserve"> </w:t>
      </w:r>
    </w:p>
    <w:p>
      <w:r>
        <w:t>e</w:t>
      </w:r>
    </w:p>
    <w:p>
      <w:r>
        <w:t>a</w:t>
      </w:r>
    </w:p>
    <w:p>
      <w:r>
        <w:t>c</w:t>
      </w:r>
    </w:p>
    <w:p>
      <w:r>
        <w:t>h</w:t>
      </w:r>
    </w:p>
    <w:p>
      <w:r>
        <w:t xml:space="preserve"> </w:t>
      </w:r>
    </w:p>
    <w:p>
      <w:r>
        <w:t>i</w:t>
      </w:r>
    </w:p>
    <w:p>
      <w:r>
        <w:t>t</w:t>
      </w:r>
    </w:p>
    <w:p>
      <w:r>
        <w:t>e</w:t>
      </w:r>
    </w:p>
    <w:p>
      <w:r>
        <w:t>m</w:t>
      </w:r>
    </w:p>
    <w:p>
      <w:r>
        <w:t xml:space="preserve"> </w:t>
      </w:r>
    </w:p>
    <w:p>
      <w:r>
        <w:t>a</w:t>
      </w:r>
    </w:p>
    <w:p>
      <w:r>
        <w:t>s</w:t>
      </w:r>
    </w:p>
    <w:p>
      <w:r>
        <w:t xml:space="preserve"> </w:t>
      </w:r>
    </w:p>
    <w:p>
      <w:r>
        <w:t>t</w:t>
      </w:r>
    </w:p>
    <w:p>
      <w:r>
        <w:t>h</w:t>
      </w:r>
    </w:p>
    <w:p>
      <w:r>
        <w:t>e</w:t>
      </w:r>
    </w:p>
    <w:p>
      <w:r>
        <w:t>y</w:t>
      </w:r>
    </w:p>
    <w:p>
      <w:r>
        <w:t xml:space="preserve"> </w:t>
      </w:r>
    </w:p>
    <w:p>
      <w:r>
        <w:t>s</w:t>
      </w:r>
    </w:p>
    <w:p>
      <w:r>
        <w:t>e</w:t>
      </w:r>
    </w:p>
    <w:p>
      <w:r>
        <w:t>n</w:t>
      </w:r>
    </w:p>
    <w:p>
      <w:r>
        <w:t>d</w:t>
      </w:r>
    </w:p>
    <w:p>
      <w:r>
        <w:t xml:space="preserve"> </w:t>
      </w:r>
    </w:p>
    <w:p>
      <w:r>
        <w:t>i</w:t>
      </w:r>
    </w:p>
    <w:p>
      <w:r>
        <w:t>t</w:t>
      </w:r>
    </w:p>
    <w:p>
      <w:r>
        <w:t>,</w:t>
      </w:r>
    </w:p>
    <w:p>
      <w:r>
        <w:t xml:space="preserve"> </w:t>
      </w:r>
    </w:p>
    <w:p>
      <w:r>
        <w:t>a</w:t>
      </w:r>
    </w:p>
    <w:p>
      <w:r>
        <w:t>n</w:t>
      </w:r>
    </w:p>
    <w:p>
      <w:r>
        <w:t>d</w:t>
      </w:r>
    </w:p>
    <w:p>
      <w:r>
        <w:t xml:space="preserve"> </w:t>
      </w:r>
    </w:p>
    <w:p>
      <w:r>
        <w:t>t</w:t>
      </w:r>
    </w:p>
    <w:p>
      <w:r>
        <w:t>o</w:t>
      </w:r>
    </w:p>
    <w:p>
      <w:r>
        <w:t xml:space="preserve"> </w:t>
      </w:r>
    </w:p>
    <w:p>
      <w:r>
        <w:t>w</w:t>
      </w:r>
    </w:p>
    <w:p>
      <w:r>
        <w:t>r</w:t>
      </w:r>
    </w:p>
    <w:p>
      <w:r>
        <w:t>i</w:t>
      </w:r>
    </w:p>
    <w:p>
      <w:r>
        <w:t>t</w:t>
      </w:r>
    </w:p>
    <w:p>
      <w:r>
        <w:t>e</w:t>
      </w:r>
    </w:p>
    <w:p>
      <w:r>
        <w:t xml:space="preserve"> </w:t>
      </w:r>
    </w:p>
    <w:p>
      <w:r>
        <w:t>'</w:t>
      </w:r>
    </w:p>
    <w:p>
      <w:r>
        <w:t>n</w:t>
      </w:r>
    </w:p>
    <w:p>
      <w:r>
        <w:t>o</w:t>
      </w:r>
    </w:p>
    <w:p>
      <w:r>
        <w:t>t</w:t>
      </w:r>
    </w:p>
    <w:p>
      <w:r>
        <w:t xml:space="preserve"> </w:t>
      </w:r>
    </w:p>
    <w:p>
      <w:r>
        <w:t>a</w:t>
      </w:r>
    </w:p>
    <w:p>
      <w:r>
        <w:t>v</w:t>
      </w:r>
    </w:p>
    <w:p>
      <w:r>
        <w:t>a</w:t>
      </w:r>
    </w:p>
    <w:p>
      <w:r>
        <w:t>i</w:t>
      </w:r>
    </w:p>
    <w:p>
      <w:r>
        <w:t>l</w:t>
      </w:r>
    </w:p>
    <w:p>
      <w:r>
        <w:t>a</w:t>
      </w:r>
    </w:p>
    <w:p>
      <w:r>
        <w:t>b</w:t>
      </w:r>
    </w:p>
    <w:p>
      <w:r>
        <w:t>l</w:t>
      </w:r>
    </w:p>
    <w:p>
      <w:r>
        <w:t>e</w:t>
      </w:r>
    </w:p>
    <w:p>
      <w:r>
        <w:t>'</w:t>
      </w:r>
    </w:p>
    <w:p>
      <w:r>
        <w:t xml:space="preserve"> </w:t>
      </w:r>
    </w:p>
    <w:p>
      <w:r>
        <w:t>n</w:t>
      </w:r>
    </w:p>
    <w:p>
      <w:r>
        <w:t>e</w:t>
      </w:r>
    </w:p>
    <w:p>
      <w:r>
        <w:t>x</w:t>
      </w:r>
    </w:p>
    <w:p>
      <w:r>
        <w:t>t</w:t>
      </w:r>
    </w:p>
    <w:p>
      <w:r>
        <w:t xml:space="preserve"> </w:t>
      </w:r>
    </w:p>
    <w:p>
      <w:r>
        <w:t>t</w:t>
      </w:r>
    </w:p>
    <w:p>
      <w:r>
        <w:t>o</w:t>
      </w:r>
    </w:p>
    <w:p>
      <w:r>
        <w:t xml:space="preserve"> </w:t>
      </w:r>
    </w:p>
    <w:p>
      <w:r>
        <w:t>a</w:t>
      </w:r>
    </w:p>
    <w:p>
      <w:r>
        <w:t>n</w:t>
      </w:r>
    </w:p>
    <w:p>
      <w:r>
        <w:t>y</w:t>
      </w:r>
    </w:p>
    <w:p>
      <w:r>
        <w:t>t</w:t>
      </w:r>
    </w:p>
    <w:p>
      <w:r>
        <w:t>h</w:t>
      </w:r>
    </w:p>
    <w:p>
      <w:r>
        <w:t>i</w:t>
      </w:r>
    </w:p>
    <w:p>
      <w:r>
        <w:t>n</w:t>
      </w:r>
    </w:p>
    <w:p>
      <w:r>
        <w:t>g</w:t>
      </w:r>
    </w:p>
    <w:p>
      <w:r>
        <w:t xml:space="preserve"> </w:t>
      </w:r>
    </w:p>
    <w:p>
      <w:r>
        <w:t>t</w:t>
      </w:r>
    </w:p>
    <w:p>
      <w:r>
        <w:t>h</w:t>
      </w:r>
    </w:p>
    <w:p>
      <w:r>
        <w:t>e</w:t>
      </w:r>
    </w:p>
    <w:p>
      <w:r>
        <w:t>y</w:t>
      </w:r>
    </w:p>
    <w:p>
      <w:r>
        <w:t xml:space="preserve"> </w:t>
      </w:r>
    </w:p>
    <w:p>
      <w:r>
        <w:t>c</w:t>
      </w:r>
    </w:p>
    <w:p>
      <w:r>
        <w:t>a</w:t>
      </w:r>
    </w:p>
    <w:p>
      <w:r>
        <w:t>n</w:t>
      </w:r>
    </w:p>
    <w:p>
      <w:r>
        <w:t>n</w:t>
      </w:r>
    </w:p>
    <w:p>
      <w:r>
        <w:t>o</w:t>
      </w:r>
    </w:p>
    <w:p>
      <w:r>
        <w:t>t</w:t>
      </w:r>
    </w:p>
    <w:p>
      <w:r>
        <w:t xml:space="preserve"> </w:t>
      </w:r>
    </w:p>
    <w:p>
      <w:r>
        <w:t>p</w:t>
      </w:r>
    </w:p>
    <w:p>
      <w:r>
        <w:t>r</w:t>
      </w:r>
    </w:p>
    <w:p>
      <w:r>
        <w:t>o</w:t>
      </w:r>
    </w:p>
    <w:p>
      <w:r>
        <w:t>v</w:t>
      </w:r>
    </w:p>
    <w:p>
      <w:r>
        <w:t>i</w:t>
      </w:r>
    </w:p>
    <w:p>
      <w:r>
        <w:t>d</w:t>
      </w:r>
    </w:p>
    <w:p>
      <w:r>
        <w:t>e</w:t>
      </w:r>
    </w:p>
    <w:p>
      <w:r>
        <w:t>,</w:t>
      </w:r>
    </w:p>
    <w:p>
      <w:r>
        <w:t xml:space="preserve"> </w:t>
      </w:r>
    </w:p>
    <w:p>
      <w:r>
        <w:t>s</w:t>
      </w:r>
    </w:p>
    <w:p>
      <w:r>
        <w:t>o</w:t>
      </w:r>
    </w:p>
    <w:p>
      <w:r>
        <w:t xml:space="preserve"> </w:t>
      </w:r>
    </w:p>
    <w:p>
      <w:r>
        <w:t>y</w:t>
      </w:r>
    </w:p>
    <w:p>
      <w:r>
        <w:t>o</w:t>
      </w:r>
    </w:p>
    <w:p>
      <w:r>
        <w:t>u</w:t>
      </w:r>
    </w:p>
    <w:p>
      <w:r>
        <w:t xml:space="preserve"> </w:t>
      </w:r>
    </w:p>
    <w:p>
      <w:r>
        <w:t>k</w:t>
      </w:r>
    </w:p>
    <w:p>
      <w:r>
        <w:t>n</w:t>
      </w:r>
    </w:p>
    <w:p>
      <w:r>
        <w:t>o</w:t>
      </w:r>
    </w:p>
    <w:p>
      <w:r>
        <w:t>w</w:t>
      </w:r>
    </w:p>
    <w:p>
      <w:r>
        <w:t xml:space="preserve"> </w:t>
      </w:r>
    </w:p>
    <w:p>
      <w:r>
        <w:t>i</w:t>
      </w:r>
    </w:p>
    <w:p>
      <w:r>
        <w:t>t</w:t>
      </w:r>
    </w:p>
    <w:p>
      <w:r>
        <w:t xml:space="preserve"> </w:t>
      </w:r>
    </w:p>
    <w:p>
      <w:r>
        <w:t>i</w:t>
      </w:r>
    </w:p>
    <w:p>
      <w:r>
        <w:t>s</w:t>
      </w:r>
    </w:p>
    <w:p>
      <w:r>
        <w:t xml:space="preserve"> </w:t>
      </w:r>
    </w:p>
    <w:p>
      <w:r>
        <w:t>m</w:t>
      </w:r>
    </w:p>
    <w:p>
      <w:r>
        <w:t>i</w:t>
      </w:r>
    </w:p>
    <w:p>
      <w:r>
        <w:t>s</w:t>
      </w:r>
    </w:p>
    <w:p>
      <w:r>
        <w:t>s</w:t>
      </w:r>
    </w:p>
    <w:p>
      <w:r>
        <w:t>i</w:t>
      </w:r>
    </w:p>
    <w:p>
      <w:r>
        <w:t>n</w:t>
      </w:r>
    </w:p>
    <w:p>
      <w:r>
        <w:t>g</w:t>
      </w:r>
    </w:p>
    <w:p>
      <w:r>
        <w:t xml:space="preserve"> </w:t>
      </w:r>
    </w:p>
    <w:p>
      <w:r>
        <w:t>r</w:t>
      </w:r>
    </w:p>
    <w:p>
      <w:r>
        <w:t>a</w:t>
      </w:r>
    </w:p>
    <w:p>
      <w:r>
        <w:t>t</w:t>
      </w:r>
    </w:p>
    <w:p>
      <w:r>
        <w:t>h</w:t>
      </w:r>
    </w:p>
    <w:p>
      <w:r>
        <w:t>e</w:t>
      </w:r>
    </w:p>
    <w:p>
      <w:r>
        <w:t>r</w:t>
      </w:r>
    </w:p>
    <w:p>
      <w:r>
        <w:t xml:space="preserve"> </w:t>
      </w:r>
    </w:p>
    <w:p>
      <w:r>
        <w:t>t</w:t>
      </w:r>
    </w:p>
    <w:p>
      <w:r>
        <w:t>h</w:t>
      </w:r>
    </w:p>
    <w:p>
      <w:r>
        <w:t>a</w:t>
      </w:r>
    </w:p>
    <w:p>
      <w:r>
        <w:t>n</w:t>
      </w:r>
    </w:p>
    <w:p>
      <w:r>
        <w:t xml:space="preserve"> </w:t>
      </w:r>
    </w:p>
    <w:p>
      <w:r>
        <w:t>f</w:t>
      </w:r>
    </w:p>
    <w:p>
      <w:r>
        <w:t>o</w:t>
      </w:r>
    </w:p>
    <w:p>
      <w:r>
        <w:t>r</w:t>
      </w:r>
    </w:p>
    <w:p>
      <w:r>
        <w:t>g</w:t>
      </w:r>
    </w:p>
    <w:p>
      <w:r>
        <w:t>o</w:t>
      </w:r>
    </w:p>
    <w:p>
      <w:r>
        <w:t>t</w:t>
      </w:r>
    </w:p>
    <w:p>
      <w:r>
        <w:t>t</w:t>
      </w:r>
    </w:p>
    <w:p>
      <w:r>
        <w:t>e</w:t>
      </w:r>
    </w:p>
    <w:p>
      <w:r>
        <w:t>n</w:t>
      </w:r>
    </w:p>
    <w:p>
      <w:r>
        <w:t>.</w:t>
      </w:r>
    </w:p>
    <w:p>
      <w:r>
        <w:t xml:space="preserve"> </w:t>
      </w:r>
    </w:p>
    <w:p>
      <w:r>
        <w:t>D</w:t>
      </w:r>
    </w:p>
    <w:p>
      <w:r>
        <w:t>e</w:t>
      </w:r>
    </w:p>
    <w:p>
      <w:r>
        <w:t>l</w:t>
      </w:r>
    </w:p>
    <w:p>
      <w:r>
        <w:t>e</w:t>
      </w:r>
    </w:p>
    <w:p>
      <w:r>
        <w:t>t</w:t>
      </w:r>
    </w:p>
    <w:p>
      <w:r>
        <w:t>e</w:t>
      </w:r>
    </w:p>
    <w:p>
      <w:r>
        <w:t xml:space="preserve"> </w:t>
      </w:r>
    </w:p>
    <w:p>
      <w:r>
        <w:t>a</w:t>
      </w:r>
    </w:p>
    <w:p>
      <w:r>
        <w:t>n</w:t>
      </w:r>
    </w:p>
    <w:p>
      <w:r>
        <w:t>y</w:t>
      </w:r>
    </w:p>
    <w:p>
      <w:r>
        <w:t xml:space="preserve"> </w:t>
      </w:r>
    </w:p>
    <w:p>
      <w:r>
        <w:t>s</w:t>
      </w:r>
    </w:p>
    <w:p>
      <w:r>
        <w:t>e</w:t>
      </w:r>
    </w:p>
    <w:p>
      <w:r>
        <w:t>c</w:t>
      </w:r>
    </w:p>
    <w:p>
      <w:r>
        <w:t>t</w:t>
      </w:r>
    </w:p>
    <w:p>
      <w:r>
        <w:t>i</w:t>
      </w:r>
    </w:p>
    <w:p>
      <w:r>
        <w:t>o</w:t>
      </w:r>
    </w:p>
    <w:p>
      <w:r>
        <w:t>n</w:t>
      </w:r>
    </w:p>
    <w:p>
      <w:r>
        <w:t xml:space="preserve"> </w:t>
      </w:r>
    </w:p>
    <w:p>
      <w:r>
        <w:t>y</w:t>
      </w:r>
    </w:p>
    <w:p>
      <w:r>
        <w:t>o</w:t>
      </w:r>
    </w:p>
    <w:p>
      <w:r>
        <w:t>u</w:t>
      </w:r>
    </w:p>
    <w:p>
      <w:r>
        <w:t>r</w:t>
      </w:r>
    </w:p>
    <w:p>
      <w:r>
        <w:t xml:space="preserve"> </w:t>
      </w:r>
    </w:p>
    <w:p>
      <w:r>
        <w:t>p</w:t>
      </w:r>
    </w:p>
    <w:p>
      <w:r>
        <w:t>r</w:t>
      </w:r>
    </w:p>
    <w:p>
      <w:r>
        <w:t>o</w:t>
      </w:r>
    </w:p>
    <w:p>
      <w:r>
        <w:t>j</w:t>
      </w:r>
    </w:p>
    <w:p>
      <w:r>
        <w:t>e</w:t>
      </w:r>
    </w:p>
    <w:p>
      <w:r>
        <w:t>c</w:t>
      </w:r>
    </w:p>
    <w:p>
      <w:r>
        <w:t>t</w:t>
      </w:r>
    </w:p>
    <w:p>
      <w:r>
        <w:t xml:space="preserve"> </w:t>
      </w:r>
    </w:p>
    <w:p>
      <w:r>
        <w:t>d</w:t>
      </w:r>
    </w:p>
    <w:p>
      <w:r>
        <w:t>o</w:t>
      </w:r>
    </w:p>
    <w:p>
      <w:r>
        <w:t>e</w:t>
      </w:r>
    </w:p>
    <w:p>
      <w:r>
        <w:t>s</w:t>
      </w:r>
    </w:p>
    <w:p>
      <w:r>
        <w:t xml:space="preserve"> </w:t>
      </w:r>
    </w:p>
    <w:p>
      <w:r>
        <w:t>n</w:t>
      </w:r>
    </w:p>
    <w:p>
      <w:r>
        <w:t>o</w:t>
      </w:r>
    </w:p>
    <w:p>
      <w:r>
        <w:t>t</w:t>
      </w:r>
    </w:p>
    <w:p>
      <w:r>
        <w:t xml:space="preserve"> </w:t>
      </w:r>
    </w:p>
    <w:p>
      <w:r>
        <w:t>n</w:t>
      </w:r>
    </w:p>
    <w:p>
      <w:r>
        <w:t>e</w:t>
      </w:r>
    </w:p>
    <w:p>
      <w:r>
        <w:t>e</w:t>
      </w:r>
    </w:p>
    <w:p>
      <w:r>
        <w:t>d</w:t>
      </w:r>
    </w:p>
    <w:p>
      <w:r>
        <w:t>,</w:t>
      </w:r>
    </w:p>
    <w:p>
      <w:r>
        <w:t xml:space="preserve"> </w:t>
      </w:r>
    </w:p>
    <w:p>
      <w:r>
        <w:t>a</w:t>
      </w:r>
    </w:p>
    <w:p>
      <w:r>
        <w:t>n</w:t>
      </w:r>
    </w:p>
    <w:p>
      <w:r>
        <w:t>d</w:t>
      </w:r>
    </w:p>
    <w:p>
      <w:r>
        <w:t xml:space="preserve"> </w:t>
      </w:r>
    </w:p>
    <w:p>
      <w:r>
        <w:t>a</w:t>
      </w:r>
    </w:p>
    <w:p>
      <w:r>
        <w:t>d</w:t>
      </w:r>
    </w:p>
    <w:p>
      <w:r>
        <w:t>d</w:t>
      </w:r>
    </w:p>
    <w:p>
      <w:r>
        <w:t xml:space="preserve"> </w:t>
      </w:r>
    </w:p>
    <w:p>
      <w:r>
        <w:t>p</w:t>
      </w:r>
    </w:p>
    <w:p>
      <w:r>
        <w:t>r</w:t>
      </w:r>
    </w:p>
    <w:p>
      <w:r>
        <w:t>o</w:t>
      </w:r>
    </w:p>
    <w:p>
      <w:r>
        <w:t>j</w:t>
      </w:r>
    </w:p>
    <w:p>
      <w:r>
        <w:t>e</w:t>
      </w:r>
    </w:p>
    <w:p>
      <w:r>
        <w:t>c</w:t>
      </w:r>
    </w:p>
    <w:p>
      <w:r>
        <w:t>t</w:t>
      </w:r>
    </w:p>
    <w:p>
      <w:r>
        <w:t>-</w:t>
      </w:r>
    </w:p>
    <w:p>
      <w:r>
        <w:t>s</w:t>
      </w:r>
    </w:p>
    <w:p>
      <w:r>
        <w:t>p</w:t>
      </w:r>
    </w:p>
    <w:p>
      <w:r>
        <w:t>e</w:t>
      </w:r>
    </w:p>
    <w:p>
      <w:r>
        <w:t>c</w:t>
      </w:r>
    </w:p>
    <w:p>
      <w:r>
        <w:t>i</w:t>
      </w:r>
    </w:p>
    <w:p>
      <w:r>
        <w:t>f</w:t>
      </w:r>
    </w:p>
    <w:p>
      <w:r>
        <w:t>i</w:t>
      </w:r>
    </w:p>
    <w:p>
      <w:r>
        <w:t>c</w:t>
      </w:r>
    </w:p>
    <w:p>
      <w:r>
        <w:t xml:space="preserve"> </w:t>
      </w:r>
    </w:p>
    <w:p>
      <w:r>
        <w:t>i</w:t>
      </w:r>
    </w:p>
    <w:p>
      <w:r>
        <w:t>t</w:t>
      </w:r>
    </w:p>
    <w:p>
      <w:r>
        <w:t>e</w:t>
      </w:r>
    </w:p>
    <w:p>
      <w:r>
        <w:t>m</w:t>
      </w:r>
    </w:p>
    <w:p>
      <w:r>
        <w:t>s</w:t>
      </w:r>
    </w:p>
    <w:p>
      <w:r>
        <w:t xml:space="preserve"> </w:t>
      </w:r>
    </w:p>
    <w:p>
      <w:r>
        <w:t>a</w:t>
      </w:r>
    </w:p>
    <w:p>
      <w:r>
        <w:t>t</w:t>
      </w:r>
    </w:p>
    <w:p>
      <w:r>
        <w:t xml:space="preserve"> </w:t>
      </w:r>
    </w:p>
    <w:p>
      <w:r>
        <w:t>t</w:t>
      </w:r>
    </w:p>
    <w:p>
      <w:r>
        <w:t>h</w:t>
      </w:r>
    </w:p>
    <w:p>
      <w:r>
        <w:t>e</w:t>
      </w:r>
    </w:p>
    <w:p>
      <w:r>
        <w:t xml:space="preserve"> </w:t>
      </w:r>
    </w:p>
    <w:p>
      <w:r>
        <w:t>e</w:t>
      </w:r>
    </w:p>
    <w:p>
      <w:r>
        <w:t>n</w:t>
      </w:r>
    </w:p>
    <w:p>
      <w:r>
        <w:t>d</w:t>
      </w:r>
    </w:p>
    <w:p>
      <w:r>
        <w:t>.</w:t>
      </w:r>
    </w:p>
    <w:p>
      <w:pPr>
        <w:pStyle w:val="Heading1"/>
      </w:pPr>
      <w:r>
        <w:t>Project details</w:t>
      </w:r>
    </w:p>
    <w:p>
      <w:r>
        <w:t>Project name: ________________________________________</w:t>
      </w:r>
    </w:p>
    <w:p>
      <w:r>
        <w:t>Client name: ________________________________________</w:t>
      </w:r>
    </w:p>
    <w:p>
      <w:r>
        <w:t>Deadline: ________________________________________</w:t>
      </w:r>
    </w:p>
    <w:p>
      <w:r>
        <w:t>Preferred way to receive drafts: ________________________________________</w:t>
      </w:r>
    </w:p>
    <w:p>
      <w:pPr>
        <w:pStyle w:val="Heading1"/>
      </w:pPr>
      <w:r>
        <w:t>Brand files</w:t>
      </w:r>
    </w:p>
    <w:p>
      <w:r>
        <w:t>[ ] Logo files (PNG and original design file)</w:t>
      </w:r>
    </w:p>
    <w:p>
      <w:r>
        <w:t>[ ] Brand colours, with colour codes if available</w:t>
      </w:r>
    </w:p>
    <w:p>
      <w:r>
        <w:t>[ ] Brand fonts, or the names of the fonts used</w:t>
      </w:r>
    </w:p>
    <w:p>
      <w:r>
        <w:t>[ ] Any brand guidelines or style document</w:t>
      </w:r>
    </w:p>
    <w:p>
      <w:r>
        <w:t>[ ] Examples of designs you like, and designs you do not like</w:t>
      </w:r>
    </w:p>
    <w:p>
      <w:pPr>
        <w:pStyle w:val="Heading1"/>
      </w:pPr>
      <w:r>
        <w:t>Content</w:t>
      </w:r>
    </w:p>
    <w:p>
      <w:r>
        <w:t>[ ] Text for the project, in a document, not in screenshots</w:t>
      </w:r>
    </w:p>
    <w:p>
      <w:r>
        <w:t>[ ] Photos you want used, with permission to use them</w:t>
      </w:r>
    </w:p>
    <w:p>
      <w:r>
        <w:t>[ ] Any previous version of this work</w:t>
      </w:r>
    </w:p>
    <w:p>
      <w:r>
        <w:t>[ ] Product or service descriptions, with prices if relevant</w:t>
      </w:r>
    </w:p>
    <w:p>
      <w:r>
        <w:t>[ ] Testimonials or reviews you want quoted</w:t>
      </w:r>
    </w:p>
    <w:p>
      <w:pPr>
        <w:pStyle w:val="Heading1"/>
      </w:pPr>
      <w:r>
        <w:t>Access details</w:t>
      </w:r>
    </w:p>
    <w:p>
      <w:r>
        <w:t>[ ] Website login details, if needed for the work</w:t>
      </w:r>
    </w:p>
    <w:p>
      <w:r>
        <w:t>[ ] Social account access, if needed</w:t>
      </w:r>
    </w:p>
    <w:p>
      <w:r>
        <w:t>[ ] Contact person for approvals, with email and phone</w:t>
      </w:r>
    </w:p>
    <w:p>
      <w:r>
        <w:t>[ ] Any third-party accounts the work depends on</w:t>
      </w:r>
    </w:p>
    <w:p>
      <w:pPr>
        <w:pStyle w:val="Heading1"/>
      </w:pPr>
      <w:r>
        <w:t>Approvals and deadlines</w:t>
      </w:r>
    </w:p>
    <w:p>
      <w:r>
        <w:t>[ ] Approval process: who signs off the work</w:t>
      </w:r>
    </w:p>
    <w:p>
      <w:r>
        <w:t>[ ] How many rounds of feedback are expected</w:t>
      </w:r>
    </w:p>
    <w:p>
      <w:r>
        <w:t>[ ] Deadline for the finished work: __________</w:t>
      </w:r>
    </w:p>
    <w:p>
      <w:r>
        <w:t>[ ] Deadline for client feedback on drafts: __________</w:t>
      </w:r>
    </w:p>
    <w:p>
      <w:pPr>
        <w:pStyle w:val="Heading1"/>
      </w:pPr>
      <w:r>
        <w:t>After the list is returned</w:t>
      </w:r>
    </w:p>
    <w:p>
      <w:r>
        <w:t>C</w:t>
      </w:r>
    </w:p>
    <w:p>
      <w:r>
        <w:t>h</w:t>
      </w:r>
    </w:p>
    <w:p>
      <w:r>
        <w:t>a</w:t>
      </w:r>
    </w:p>
    <w:p>
      <w:r>
        <w:t>s</w:t>
      </w:r>
    </w:p>
    <w:p>
      <w:r>
        <w:t>e</w:t>
      </w:r>
    </w:p>
    <w:p>
      <w:r>
        <w:t xml:space="preserve"> </w:t>
      </w:r>
    </w:p>
    <w:p>
      <w:r>
        <w:t>o</w:t>
      </w:r>
    </w:p>
    <w:p>
      <w:r>
        <w:t>n</w:t>
      </w:r>
    </w:p>
    <w:p>
      <w:r>
        <w:t>l</w:t>
      </w:r>
    </w:p>
    <w:p>
      <w:r>
        <w:t>y</w:t>
      </w:r>
    </w:p>
    <w:p>
      <w:r>
        <w:t xml:space="preserve"> </w:t>
      </w:r>
    </w:p>
    <w:p>
      <w:r>
        <w:t>t</w:t>
      </w:r>
    </w:p>
    <w:p>
      <w:r>
        <w:t>h</w:t>
      </w:r>
    </w:p>
    <w:p>
      <w:r>
        <w:t>e</w:t>
      </w:r>
    </w:p>
    <w:p>
      <w:r>
        <w:t xml:space="preserve"> </w:t>
      </w:r>
    </w:p>
    <w:p>
      <w:r>
        <w:t>u</w:t>
      </w:r>
    </w:p>
    <w:p>
      <w:r>
        <w:t>n</w:t>
      </w:r>
    </w:p>
    <w:p>
      <w:r>
        <w:t>t</w:t>
      </w:r>
    </w:p>
    <w:p>
      <w:r>
        <w:t>i</w:t>
      </w:r>
    </w:p>
    <w:p>
      <w:r>
        <w:t>c</w:t>
      </w:r>
    </w:p>
    <w:p>
      <w:r>
        <w:t>k</w:t>
      </w:r>
    </w:p>
    <w:p>
      <w:r>
        <w:t>e</w:t>
      </w:r>
    </w:p>
    <w:p>
      <w:r>
        <w:t>d</w:t>
      </w:r>
    </w:p>
    <w:p>
      <w:r>
        <w:t xml:space="preserve"> </w:t>
      </w:r>
    </w:p>
    <w:p>
      <w:r>
        <w:t>i</w:t>
      </w:r>
    </w:p>
    <w:p>
      <w:r>
        <w:t>t</w:t>
      </w:r>
    </w:p>
    <w:p>
      <w:r>
        <w:t>e</w:t>
      </w:r>
    </w:p>
    <w:p>
      <w:r>
        <w:t>m</w:t>
      </w:r>
    </w:p>
    <w:p>
      <w:r>
        <w:t>s</w:t>
      </w:r>
    </w:p>
    <w:p>
      <w:r>
        <w:t>.</w:t>
      </w:r>
    </w:p>
    <w:p>
      <w:r>
        <w:t xml:space="preserve"> </w:t>
      </w:r>
    </w:p>
    <w:p>
      <w:r>
        <w:t>D</w:t>
      </w:r>
    </w:p>
    <w:p>
      <w:r>
        <w:t>o</w:t>
      </w:r>
    </w:p>
    <w:p>
      <w:r>
        <w:t xml:space="preserve"> </w:t>
      </w:r>
    </w:p>
    <w:p>
      <w:r>
        <w:t>n</w:t>
      </w:r>
    </w:p>
    <w:p>
      <w:r>
        <w:t>o</w:t>
      </w:r>
    </w:p>
    <w:p>
      <w:r>
        <w:t>t</w:t>
      </w:r>
    </w:p>
    <w:p>
      <w:r>
        <w:t xml:space="preserve"> </w:t>
      </w:r>
    </w:p>
    <w:p>
      <w:r>
        <w:t>s</w:t>
      </w:r>
    </w:p>
    <w:p>
      <w:r>
        <w:t>t</w:t>
      </w:r>
    </w:p>
    <w:p>
      <w:r>
        <w:t>a</w:t>
      </w:r>
    </w:p>
    <w:p>
      <w:r>
        <w:t>r</w:t>
      </w:r>
    </w:p>
    <w:p>
      <w:r>
        <w:t>t</w:t>
      </w:r>
    </w:p>
    <w:p>
      <w:r>
        <w:t xml:space="preserve"> </w:t>
      </w:r>
    </w:p>
    <w:p>
      <w:r>
        <w:t>w</w:t>
      </w:r>
    </w:p>
    <w:p>
      <w:r>
        <w:t>o</w:t>
      </w:r>
    </w:p>
    <w:p>
      <w:r>
        <w:t>r</w:t>
      </w:r>
    </w:p>
    <w:p>
      <w:r>
        <w:t>k</w:t>
      </w:r>
    </w:p>
    <w:p>
      <w:r>
        <w:t xml:space="preserve"> </w:t>
      </w:r>
    </w:p>
    <w:p>
      <w:r>
        <w:t>t</w:t>
      </w:r>
    </w:p>
    <w:p>
      <w:r>
        <w:t>h</w:t>
      </w:r>
    </w:p>
    <w:p>
      <w:r>
        <w:t>a</w:t>
      </w:r>
    </w:p>
    <w:p>
      <w:r>
        <w:t>t</w:t>
      </w:r>
    </w:p>
    <w:p>
      <w:r>
        <w:t xml:space="preserve"> </w:t>
      </w:r>
    </w:p>
    <w:p>
      <w:r>
        <w:t>d</w:t>
      </w:r>
    </w:p>
    <w:p>
      <w:r>
        <w:t>e</w:t>
      </w:r>
    </w:p>
    <w:p>
      <w:r>
        <w:t>p</w:t>
      </w:r>
    </w:p>
    <w:p>
      <w:r>
        <w:t>e</w:t>
      </w:r>
    </w:p>
    <w:p>
      <w:r>
        <w:t>n</w:t>
      </w:r>
    </w:p>
    <w:p>
      <w:r>
        <w:t>d</w:t>
      </w:r>
    </w:p>
    <w:p>
      <w:r>
        <w:t>s</w:t>
      </w:r>
    </w:p>
    <w:p>
      <w:r>
        <w:t xml:space="preserve"> </w:t>
      </w:r>
    </w:p>
    <w:p>
      <w:r>
        <w:t>o</w:t>
      </w:r>
    </w:p>
    <w:p>
      <w:r>
        <w:t>n</w:t>
      </w:r>
    </w:p>
    <w:p>
      <w:r>
        <w:t xml:space="preserve"> </w:t>
      </w:r>
    </w:p>
    <w:p>
      <w:r>
        <w:t>a</w:t>
      </w:r>
    </w:p>
    <w:p>
      <w:r>
        <w:t xml:space="preserve"> </w:t>
      </w:r>
    </w:p>
    <w:p>
      <w:r>
        <w:t>m</w:t>
      </w:r>
    </w:p>
    <w:p>
      <w:r>
        <w:t>i</w:t>
      </w:r>
    </w:p>
    <w:p>
      <w:r>
        <w:t>s</w:t>
      </w:r>
    </w:p>
    <w:p>
      <w:r>
        <w:t>s</w:t>
      </w:r>
    </w:p>
    <w:p>
      <w:r>
        <w:t>i</w:t>
      </w:r>
    </w:p>
    <w:p>
      <w:r>
        <w:t>n</w:t>
      </w:r>
    </w:p>
    <w:p>
      <w:r>
        <w:t>g</w:t>
      </w:r>
    </w:p>
    <w:p>
      <w:r>
        <w:t xml:space="preserve"> </w:t>
      </w:r>
    </w:p>
    <w:p>
      <w:r>
        <w:t>f</w:t>
      </w:r>
    </w:p>
    <w:p>
      <w:r>
        <w:t>i</w:t>
      </w:r>
    </w:p>
    <w:p>
      <w:r>
        <w:t>l</w:t>
      </w:r>
    </w:p>
    <w:p>
      <w:r>
        <w:t>e</w:t>
      </w:r>
    </w:p>
    <w:p>
      <w:r>
        <w:t xml:space="preserve"> </w:t>
      </w:r>
    </w:p>
    <w:p>
      <w:r>
        <w:t>u</w:t>
      </w:r>
    </w:p>
    <w:p>
      <w:r>
        <w:t>n</w:t>
      </w:r>
    </w:p>
    <w:p>
      <w:r>
        <w:t>t</w:t>
      </w:r>
    </w:p>
    <w:p>
      <w:r>
        <w:t>i</w:t>
      </w:r>
    </w:p>
    <w:p>
      <w:r>
        <w:t>l</w:t>
      </w:r>
    </w:p>
    <w:p>
      <w:r>
        <w:t xml:space="preserve"> </w:t>
      </w:r>
    </w:p>
    <w:p>
      <w:r>
        <w:t>t</w:t>
      </w:r>
    </w:p>
    <w:p>
      <w:r>
        <w:t>h</w:t>
      </w:r>
    </w:p>
    <w:p>
      <w:r>
        <w:t>e</w:t>
      </w:r>
    </w:p>
    <w:p>
      <w:r>
        <w:t xml:space="preserve"> </w:t>
      </w:r>
    </w:p>
    <w:p>
      <w:r>
        <w:t>c</w:t>
      </w:r>
    </w:p>
    <w:p>
      <w:r>
        <w:t>l</w:t>
      </w:r>
    </w:p>
    <w:p>
      <w:r>
        <w:t>i</w:t>
      </w:r>
    </w:p>
    <w:p>
      <w:r>
        <w:t>e</w:t>
      </w:r>
    </w:p>
    <w:p>
      <w:r>
        <w:t>n</w:t>
      </w:r>
    </w:p>
    <w:p>
      <w:r>
        <w:t>t</w:t>
      </w:r>
    </w:p>
    <w:p>
      <w:r>
        <w:t xml:space="preserve"> </w:t>
      </w:r>
    </w:p>
    <w:p>
      <w:r>
        <w:t>c</w:t>
      </w:r>
    </w:p>
    <w:p>
      <w:r>
        <w:t>o</w:t>
      </w:r>
    </w:p>
    <w:p>
      <w:r>
        <w:t>n</w:t>
      </w:r>
    </w:p>
    <w:p>
      <w:r>
        <w:t>f</w:t>
      </w:r>
    </w:p>
    <w:p>
      <w:r>
        <w:t>i</w:t>
      </w:r>
    </w:p>
    <w:p>
      <w:r>
        <w:t>r</w:t>
      </w:r>
    </w:p>
    <w:p>
      <w:r>
        <w:t>m</w:t>
      </w:r>
    </w:p>
    <w:p>
      <w:r>
        <w:t>s</w:t>
      </w:r>
    </w:p>
    <w:p>
      <w:r>
        <w:t xml:space="preserve"> </w:t>
      </w:r>
    </w:p>
    <w:p>
      <w:r>
        <w:t>w</w:t>
      </w:r>
    </w:p>
    <w:p>
      <w:r>
        <w:t>h</w:t>
      </w:r>
    </w:p>
    <w:p>
      <w:r>
        <w:t>e</w:t>
      </w:r>
    </w:p>
    <w:p>
      <w:r>
        <w:t>t</w:t>
      </w:r>
    </w:p>
    <w:p>
      <w:r>
        <w:t>h</w:t>
      </w:r>
    </w:p>
    <w:p>
      <w:r>
        <w:t>e</w:t>
      </w:r>
    </w:p>
    <w:p>
      <w:r>
        <w:t>r</w:t>
      </w:r>
    </w:p>
    <w:p>
      <w:r>
        <w:t xml:space="preserve"> </w:t>
      </w:r>
    </w:p>
    <w:p>
      <w:r>
        <w:t>i</w:t>
      </w:r>
    </w:p>
    <w:p>
      <w:r>
        <w:t>t</w:t>
      </w:r>
    </w:p>
    <w:p>
      <w:r>
        <w:t xml:space="preserve"> </w:t>
      </w:r>
    </w:p>
    <w:p>
      <w:r>
        <w:t>i</w:t>
      </w:r>
    </w:p>
    <w:p>
      <w:r>
        <w:t>s</w:t>
      </w:r>
    </w:p>
    <w:p>
      <w:r>
        <w:t xml:space="preserve"> </w:t>
      </w:r>
    </w:p>
    <w:p>
      <w:r>
        <w:t>c</w:t>
      </w:r>
    </w:p>
    <w:p>
      <w:r>
        <w:t>o</w:t>
      </w:r>
    </w:p>
    <w:p>
      <w:r>
        <w:t>m</w:t>
      </w:r>
    </w:p>
    <w:p>
      <w:r>
        <w:t>i</w:t>
      </w:r>
    </w:p>
    <w:p>
      <w:r>
        <w:t>n</w:t>
      </w:r>
    </w:p>
    <w:p>
      <w:r>
        <w:t>g</w:t>
      </w:r>
    </w:p>
    <w:p>
      <w:r>
        <w:t xml:space="preserve"> </w:t>
      </w:r>
    </w:p>
    <w:p>
      <w:r>
        <w:t>o</w:t>
      </w:r>
    </w:p>
    <w:p>
      <w:r>
        <w:t>r</w:t>
      </w:r>
    </w:p>
    <w:p>
      <w:r>
        <w:t xml:space="preserve"> </w:t>
      </w:r>
    </w:p>
    <w:p>
      <w:r>
        <w:t>n</w:t>
      </w:r>
    </w:p>
    <w:p>
      <w:r>
        <w:t>o</w:t>
      </w:r>
    </w:p>
    <w:p>
      <w:r>
        <w:t>t</w:t>
      </w:r>
    </w:p>
    <w:p>
      <w:r>
        <w:t xml:space="preserve"> </w:t>
      </w:r>
    </w:p>
    <w:p>
      <w:r>
        <w:t>a</w:t>
      </w:r>
    </w:p>
    <w:p>
      <w:r>
        <w:t>v</w:t>
      </w:r>
    </w:p>
    <w:p>
      <w:r>
        <w:t>a</w:t>
      </w:r>
    </w:p>
    <w:p>
      <w:r>
        <w:t>i</w:t>
      </w:r>
    </w:p>
    <w:p>
      <w:r>
        <w:t>l</w:t>
      </w:r>
    </w:p>
    <w:p>
      <w:r>
        <w:t>a</w:t>
      </w:r>
    </w:p>
    <w:p>
      <w:r>
        <w:t>b</w:t>
      </w:r>
    </w:p>
    <w:p>
      <w:r>
        <w:t>l</w:t>
      </w:r>
    </w:p>
    <w:p>
      <w:r>
        <w:t>e</w:t>
      </w:r>
    </w:p>
    <w:p>
      <w:r>
        <w:t>,</w:t>
      </w:r>
    </w:p>
    <w:p>
      <w:r>
        <w:t xml:space="preserve"> </w:t>
      </w:r>
    </w:p>
    <w:p>
      <w:r>
        <w:t>s</w:t>
      </w:r>
    </w:p>
    <w:p>
      <w:r>
        <w:t>o</w:t>
      </w:r>
    </w:p>
    <w:p>
      <w:r>
        <w:t xml:space="preserve"> </w:t>
      </w:r>
    </w:p>
    <w:p>
      <w:r>
        <w:t>t</w:t>
      </w:r>
    </w:p>
    <w:p>
      <w:r>
        <w:t>h</w:t>
      </w:r>
    </w:p>
    <w:p>
      <w:r>
        <w:t>e</w:t>
      </w:r>
    </w:p>
    <w:p>
      <w:r>
        <w:t xml:space="preserve"> </w:t>
      </w:r>
    </w:p>
    <w:p>
      <w:r>
        <w:t>t</w:t>
      </w:r>
    </w:p>
    <w:p>
      <w:r>
        <w:t>i</w:t>
      </w:r>
    </w:p>
    <w:p>
      <w:r>
        <w:t>m</w:t>
      </w:r>
    </w:p>
    <w:p>
      <w:r>
        <w:t>e</w:t>
      </w:r>
    </w:p>
    <w:p>
      <w:r>
        <w:t>l</w:t>
      </w:r>
    </w:p>
    <w:p>
      <w:r>
        <w:t>i</w:t>
      </w:r>
    </w:p>
    <w:p>
      <w:r>
        <w:t>n</w:t>
      </w:r>
    </w:p>
    <w:p>
      <w:r>
        <w:t>e</w:t>
      </w:r>
    </w:p>
    <w:p>
      <w:r>
        <w:t xml:space="preserve"> </w:t>
      </w:r>
    </w:p>
    <w:p>
      <w:r>
        <w:t>s</w:t>
      </w:r>
    </w:p>
    <w:p>
      <w:r>
        <w:t>t</w:t>
      </w:r>
    </w:p>
    <w:p>
      <w:r>
        <w:t>a</w:t>
      </w:r>
    </w:p>
    <w:p>
      <w:r>
        <w:t>y</w:t>
      </w:r>
    </w:p>
    <w:p>
      <w:r>
        <w:t>s</w:t>
      </w:r>
    </w:p>
    <w:p>
      <w:r>
        <w:t xml:space="preserve"> </w:t>
      </w:r>
    </w:p>
    <w:p>
      <w:r>
        <w:t>h</w:t>
      </w:r>
    </w:p>
    <w:p>
      <w:r>
        <w:t>o</w:t>
      </w:r>
    </w:p>
    <w:p>
      <w:r>
        <w:t>n</w:t>
      </w:r>
    </w:p>
    <w:p>
      <w:r>
        <w:t>e</w:t>
      </w:r>
    </w:p>
    <w:p>
      <w:r>
        <w:t>s</w:t>
      </w:r>
    </w:p>
    <w:p>
      <w:r>
        <w:t>t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