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2540"/>
        </w:rPr>
        <w:t>Client Intake &amp; Brief Form</w:t>
      </w:r>
    </w:p>
    <w:p>
      <w:r>
        <w:rPr>
          <w:i/>
        </w:rPr>
        <w:t>Use one form per new client or project. Fill in every section before quoting — it prevents scope creep later.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 name</w:t>
            </w:r>
          </w:p>
        </w:tc>
        <w:tc>
          <w:tcPr>
            <w:tcW w:type="dxa" w:w="4968"/>
          </w:tcPr>
          <w:p>
            <w:r>
              <w:t>[Full name]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Business / brand</w:t>
            </w:r>
          </w:p>
        </w:tc>
        <w:tc>
          <w:tcPr>
            <w:tcW w:type="dxa" w:w="4968"/>
          </w:tcPr>
          <w:p>
            <w:r>
              <w:t>[Business name]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4968"/>
          </w:tcPr>
          <w:p>
            <w:r>
              <w:t>[Email address]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Phone / WhatsApp</w:t>
            </w:r>
          </w:p>
        </w:tc>
        <w:tc>
          <w:tcPr>
            <w:tcW w:type="dxa" w:w="4968"/>
          </w:tcPr>
          <w:p>
            <w:r>
              <w:t>[Number]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 title</w:t>
            </w:r>
          </w:p>
        </w:tc>
        <w:tc>
          <w:tcPr>
            <w:tcW w:type="dxa" w:w="4968"/>
          </w:tcPr>
          <w:p>
            <w:r>
              <w:t>[e.g. Logo redesign / Website copy]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 type</w:t>
            </w:r>
          </w:p>
        </w:tc>
        <w:tc>
          <w:tcPr>
            <w:tcW w:type="dxa" w:w="4968"/>
          </w:tcPr>
          <w:p>
            <w:r>
              <w:t>[Design / Writing / Development / Marketing / Other: ____]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 goal (one sentence)</w:t>
            </w:r>
          </w:p>
        </w:tc>
        <w:tc>
          <w:tcPr>
            <w:tcW w:type="dxa" w:w="4968"/>
          </w:tcPr>
          <w:p>
            <w:r>
              <w:t>[What success looks like]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Target audience</w:t>
            </w:r>
          </w:p>
        </w:tc>
        <w:tc>
          <w:tcPr>
            <w:tcW w:type="dxa" w:w="4968"/>
          </w:tcPr>
          <w:p>
            <w:r>
              <w:t>[Who is this for?]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Scope — included</w:t>
            </w:r>
          </w:p>
        </w:tc>
        <w:tc>
          <w:tcPr>
            <w:tcW w:type="dxa" w:w="4968"/>
          </w:tcPr>
          <w:p>
            <w:r>
              <w:t>[List every deliverable, e.g. 3 logo concepts, 1 revision round]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Scope — NOT included</w:t>
            </w:r>
          </w:p>
        </w:tc>
        <w:tc>
          <w:tcPr>
            <w:tcW w:type="dxa" w:w="4968"/>
          </w:tcPr>
          <w:p>
            <w:r>
              <w:t>[List exclusions, e.g. printing, photography]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Budget range</w:t>
            </w:r>
          </w:p>
        </w:tc>
        <w:tc>
          <w:tcPr>
            <w:tcW w:type="dxa" w:w="4968"/>
          </w:tcPr>
          <w:p>
            <w:r>
              <w:t>[Client budget or your quoted fee]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Deadline / launch date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Start date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Reference / inspiration links</w:t>
            </w:r>
          </w:p>
        </w:tc>
        <w:tc>
          <w:tcPr>
            <w:tcW w:type="dxa" w:w="4968"/>
          </w:tcPr>
          <w:p>
            <w:r>
              <w:t>[Links]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Brand assets provided</w:t>
            </w:r>
          </w:p>
        </w:tc>
        <w:tc>
          <w:tcPr>
            <w:tcW w:type="dxa" w:w="4968"/>
          </w:tcPr>
          <w:p>
            <w:r>
              <w:t>[Logo, fonts, colours, logins: ____]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Revision rounds included</w:t>
            </w:r>
          </w:p>
        </w:tc>
        <w:tc>
          <w:tcPr>
            <w:tcW w:type="dxa" w:w="4968"/>
          </w:tcPr>
          <w:p>
            <w:r>
              <w:t>[Number]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Preferred contact method</w:t>
            </w:r>
          </w:p>
        </w:tc>
        <w:tc>
          <w:tcPr>
            <w:tcW w:type="dxa" w:w="4968"/>
          </w:tcPr>
          <w:p>
            <w:r>
              <w:t>[Email / WhatsApp / Call]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Payment terms agreed</w:t>
            </w:r>
          </w:p>
        </w:tc>
        <w:tc>
          <w:tcPr>
            <w:tcW w:type="dxa" w:w="4968"/>
          </w:tcPr>
          <w:p>
            <w:r>
              <w:t>[Deposit %, balance on delivery]</w:t>
            </w:r>
          </w:p>
        </w:tc>
      </w:tr>
    </w:tbl>
    <w:p>
      <w:pPr>
        <w:pStyle w:val="Heading1"/>
      </w:pPr>
      <w:r>
        <w:rPr>
          <w:color w:val="0A2540"/>
        </w:rPr>
        <w:t>Client background</w:t>
      </w:r>
    </w:p>
    <w:p>
      <w:pPr>
        <w:pStyle w:val="ListBullet"/>
      </w:pPr>
      <w:r>
        <w:t>What does the business do?</w:t>
      </w:r>
    </w:p>
    <w:p>
      <w:pPr>
        <w:pStyle w:val="ListBullet"/>
      </w:pPr>
      <w:r>
        <w:t>Who are its main competitors?</w:t>
      </w:r>
    </w:p>
    <w:p>
      <w:pPr>
        <w:pStyle w:val="ListBullet"/>
      </w:pPr>
      <w:r>
        <w:t>What has / has not worked before?</w:t>
      </w:r>
    </w:p>
    <w:p>
      <w:pPr>
        <w:pStyle w:val="Heading1"/>
      </w:pPr>
      <w:r>
        <w:rPr>
          <w:color w:val="0A2540"/>
        </w:rPr>
        <w:t>Approval &amp; sign-off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 signature</w:t>
            </w:r>
          </w:p>
        </w:tc>
        <w:tc>
          <w:tcPr>
            <w:tcW w:type="dxa" w:w="4968"/>
          </w:tcPr>
          <w:p>
            <w:r>
              <w:t>________________________  Date: __________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Freelancer signature</w:t>
            </w:r>
          </w:p>
        </w:tc>
        <w:tc>
          <w:tcPr>
            <w:tcW w:type="dxa" w:w="4968"/>
          </w:tcPr>
          <w:p>
            <w:r>
              <w:t>________________________  Date: __________</w:t>
            </w:r>
          </w:p>
        </w:tc>
      </w:tr>
    </w:tbl>
    <w:p>
      <w:r>
        <w:rPr>
          <w:b w:val="0"/>
          <w:i/>
        </w:rPr>
        <w:t>Tip: send this form before your first paid hour. If a client cannot answer the goal and scope sections, the project is not ready to start.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