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Client Meeting Notes Pack</w:t>
      </w:r>
    </w:p>
    <w:p>
      <w:r>
        <w:rPr>
          <w:i/>
        </w:rPr>
        <w:t>Three ready-to-use templates: pick the one that fits the meeting, print or duplicate it for every meeting.</w:t>
      </w:r>
    </w:p>
    <w:p>
      <w:pPr>
        <w:pStyle w:val="Heading1"/>
      </w:pPr>
      <w:r>
        <w:rPr>
          <w:color w:val="0A2540"/>
        </w:rPr>
        <w:t>Variant 1 — Discovery / first meeting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968"/>
          </w:tcPr>
          <w:p>
            <w:r>
              <w:t>[Name]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4968"/>
          </w:tcPr>
          <w:p>
            <w:r>
              <w:t>[Project]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Date / time</w:t>
            </w:r>
          </w:p>
        </w:tc>
        <w:tc>
          <w:tcPr>
            <w:tcW w:type="dxa" w:w="4968"/>
          </w:tcPr>
          <w:p>
            <w:r>
              <w:t>[Date, time]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Attendees</w:t>
            </w:r>
          </w:p>
        </w:tc>
        <w:tc>
          <w:tcPr>
            <w:tcW w:type="dxa" w:w="4968"/>
          </w:tcPr>
          <w:p>
            <w:r>
              <w:t>[Names]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Meeting type</w:t>
            </w:r>
          </w:p>
        </w:tc>
        <w:tc>
          <w:tcPr>
            <w:tcW w:type="dxa" w:w="4968"/>
          </w:tcPr>
          <w:p>
            <w:r>
              <w:t>[Call / In person / Video]</w:t>
            </w:r>
          </w:p>
        </w:tc>
      </w:tr>
    </w:tbl>
    <w:p>
      <w:pPr>
        <w:pStyle w:val="Heading2"/>
      </w:pPr>
      <w:r>
        <w:rPr>
          <w:color w:val="0A2540"/>
        </w:rPr>
        <w:t>Agenda</w:t>
      </w:r>
    </w:p>
    <w:p>
      <w:r>
        <w:t>☐  Client goals and problems</w:t>
      </w:r>
    </w:p>
    <w:p>
      <w:r>
        <w:t>☐  Budget range and timeline</w:t>
      </w:r>
    </w:p>
    <w:p>
      <w:r>
        <w:t>☐  Decision maker and approval process</w:t>
      </w:r>
    </w:p>
    <w:p>
      <w:r>
        <w:t>☐  Next step agreed</w:t>
      </w:r>
    </w:p>
    <w:p>
      <w:pPr>
        <w:pStyle w:val="Heading2"/>
      </w:pPr>
      <w:r>
        <w:rPr>
          <w:color w:val="0A2540"/>
        </w:rPr>
        <w:t>Decisions made</w:t>
      </w:r>
    </w:p>
    <w:p>
      <w:r>
        <w:rPr>
          <w:b w:val="0"/>
          <w:i w:val="0"/>
        </w:rPr>
        <w:t>1. ________________________________________________________________</w:t>
        <w:br/>
        <w:t>2. ________________________________________________________________</w:t>
        <w:br/>
        <w:t>3. ________________________________________________________________</w:t>
      </w:r>
    </w:p>
    <w:p>
      <w:pPr>
        <w:pStyle w:val="Heading2"/>
      </w:pPr>
      <w:r>
        <w:rPr>
          <w:color w:val="0A2540"/>
        </w:rP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Action</w:t>
            </w:r>
          </w:p>
        </w:tc>
        <w:tc>
          <w:tcPr>
            <w:tcW w:type="dxa" w:w="2484"/>
          </w:tcPr>
          <w:p>
            <w:r>
              <w:t>Owner</w:t>
            </w:r>
          </w:p>
        </w:tc>
        <w:tc>
          <w:tcPr>
            <w:tcW w:type="dxa" w:w="2484"/>
          </w:tcPr>
          <w:p>
            <w:r>
              <w:t>Due date</w:t>
            </w:r>
          </w:p>
        </w:tc>
        <w:tc>
          <w:tcPr>
            <w:tcW w:type="dxa" w:w="2484"/>
          </w:tcPr>
          <w:p>
            <w:r>
              <w:t>Done?</w:t>
            </w:r>
          </w:p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</w:tbl>
    <w:p>
      <w:pPr>
        <w:pStyle w:val="Heading2"/>
      </w:pPr>
      <w:r>
        <w:rPr>
          <w:color w:val="0A2540"/>
        </w:rPr>
        <w:t>Notes</w:t>
      </w:r>
    </w:p>
    <w:p>
      <w:r>
        <w:rPr>
          <w:b w:val="0"/>
          <w:i w:val="0"/>
        </w:rPr>
        <w:t>________________________________________________________________</w:t>
        <w:br/>
        <w:t>________________________________________________________________</w:t>
        <w:br/>
        <w:t>________________________________________________________________</w:t>
      </w:r>
    </w:p>
    <w:p>
      <w:pPr>
        <w:pStyle w:val="Heading1"/>
      </w:pPr>
      <w:r>
        <w:rPr>
          <w:color w:val="0A2540"/>
        </w:rPr>
        <w:t>Variant 2 — Progress / check-in meeting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968"/>
          </w:tcPr>
          <w:p>
            <w:r>
              <w:t>[Name]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4968"/>
          </w:tcPr>
          <w:p>
            <w:r>
              <w:t>[Project]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Date / time</w:t>
            </w:r>
          </w:p>
        </w:tc>
        <w:tc>
          <w:tcPr>
            <w:tcW w:type="dxa" w:w="4968"/>
          </w:tcPr>
          <w:p>
            <w:r>
              <w:t>[Date, time]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Attendees</w:t>
            </w:r>
          </w:p>
        </w:tc>
        <w:tc>
          <w:tcPr>
            <w:tcW w:type="dxa" w:w="4968"/>
          </w:tcPr>
          <w:p>
            <w:r>
              <w:t>[Names]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Meeting type</w:t>
            </w:r>
          </w:p>
        </w:tc>
        <w:tc>
          <w:tcPr>
            <w:tcW w:type="dxa" w:w="4968"/>
          </w:tcPr>
          <w:p>
            <w:r>
              <w:t>[Call / In person / Video]</w:t>
            </w:r>
          </w:p>
        </w:tc>
      </w:tr>
    </w:tbl>
    <w:p>
      <w:pPr>
        <w:pStyle w:val="Heading2"/>
      </w:pPr>
      <w:r>
        <w:rPr>
          <w:color w:val="0A2540"/>
        </w:rPr>
        <w:t>Agenda</w:t>
      </w:r>
    </w:p>
    <w:p>
      <w:r>
        <w:t>☐  Work completed since last meeting</w:t>
      </w:r>
    </w:p>
    <w:p>
      <w:r>
        <w:t>☐  Work in progress</w:t>
      </w:r>
    </w:p>
    <w:p>
      <w:r>
        <w:t>☐  Blockers and decisions needed</w:t>
      </w:r>
    </w:p>
    <w:p>
      <w:r>
        <w:t>☐  Revised dates if any</w:t>
      </w:r>
    </w:p>
    <w:p>
      <w:pPr>
        <w:pStyle w:val="Heading2"/>
      </w:pPr>
      <w:r>
        <w:rPr>
          <w:color w:val="0A2540"/>
        </w:rPr>
        <w:t>Decisions made</w:t>
      </w:r>
    </w:p>
    <w:p>
      <w:r>
        <w:rPr>
          <w:b w:val="0"/>
          <w:i w:val="0"/>
        </w:rPr>
        <w:t>1. ________________________________________________________________</w:t>
        <w:br/>
        <w:t>2. ________________________________________________________________</w:t>
        <w:br/>
        <w:t>3. ________________________________________________________________</w:t>
      </w:r>
    </w:p>
    <w:p>
      <w:pPr>
        <w:pStyle w:val="Heading2"/>
      </w:pPr>
      <w:r>
        <w:rPr>
          <w:color w:val="0A2540"/>
        </w:rP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Action</w:t>
            </w:r>
          </w:p>
        </w:tc>
        <w:tc>
          <w:tcPr>
            <w:tcW w:type="dxa" w:w="2484"/>
          </w:tcPr>
          <w:p>
            <w:r>
              <w:t>Owner</w:t>
            </w:r>
          </w:p>
        </w:tc>
        <w:tc>
          <w:tcPr>
            <w:tcW w:type="dxa" w:w="2484"/>
          </w:tcPr>
          <w:p>
            <w:r>
              <w:t>Due date</w:t>
            </w:r>
          </w:p>
        </w:tc>
        <w:tc>
          <w:tcPr>
            <w:tcW w:type="dxa" w:w="2484"/>
          </w:tcPr>
          <w:p>
            <w:r>
              <w:t>Done?</w:t>
            </w:r>
          </w:p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</w:tbl>
    <w:p>
      <w:pPr>
        <w:pStyle w:val="Heading2"/>
      </w:pPr>
      <w:r>
        <w:rPr>
          <w:color w:val="0A2540"/>
        </w:rPr>
        <w:t>Notes</w:t>
      </w:r>
    </w:p>
    <w:p>
      <w:r>
        <w:rPr>
          <w:b w:val="0"/>
          <w:i w:val="0"/>
        </w:rPr>
        <w:t>________________________________________________________________</w:t>
        <w:br/>
        <w:t>________________________________________________________________</w:t>
        <w:br/>
        <w:t>________________________________________________________________</w:t>
      </w:r>
    </w:p>
    <w:p>
      <w:pPr>
        <w:pStyle w:val="Heading1"/>
      </w:pPr>
      <w:r>
        <w:rPr>
          <w:color w:val="0A2540"/>
        </w:rPr>
        <w:t>Variant 3 — Handover / closing meeting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968"/>
          </w:tcPr>
          <w:p>
            <w:r>
              <w:t>[Name]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4968"/>
          </w:tcPr>
          <w:p>
            <w:r>
              <w:t>[Project]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Date / time</w:t>
            </w:r>
          </w:p>
        </w:tc>
        <w:tc>
          <w:tcPr>
            <w:tcW w:type="dxa" w:w="4968"/>
          </w:tcPr>
          <w:p>
            <w:r>
              <w:t>[Date, time]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Attendees</w:t>
            </w:r>
          </w:p>
        </w:tc>
        <w:tc>
          <w:tcPr>
            <w:tcW w:type="dxa" w:w="4968"/>
          </w:tcPr>
          <w:p>
            <w:r>
              <w:t>[Names]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Meeting type</w:t>
            </w:r>
          </w:p>
        </w:tc>
        <w:tc>
          <w:tcPr>
            <w:tcW w:type="dxa" w:w="4968"/>
          </w:tcPr>
          <w:p>
            <w:r>
              <w:t>[Call / In person / Video]</w:t>
            </w:r>
          </w:p>
        </w:tc>
      </w:tr>
    </w:tbl>
    <w:p>
      <w:pPr>
        <w:pStyle w:val="Heading2"/>
      </w:pPr>
      <w:r>
        <w:rPr>
          <w:color w:val="0A2540"/>
        </w:rPr>
        <w:t>Agenda</w:t>
      </w:r>
    </w:p>
    <w:p>
      <w:r>
        <w:t>☐  Final deliverables handed over</w:t>
      </w:r>
    </w:p>
    <w:p>
      <w:r>
        <w:t>☐  Access and passwords transferred</w:t>
      </w:r>
    </w:p>
    <w:p>
      <w:r>
        <w:t>☐  Outstanding items (if any)</w:t>
      </w:r>
    </w:p>
    <w:p>
      <w:r>
        <w:t>☐  Testimonial and referral request</w:t>
      </w:r>
    </w:p>
    <w:p>
      <w:pPr>
        <w:pStyle w:val="Heading2"/>
      </w:pPr>
      <w:r>
        <w:rPr>
          <w:color w:val="0A2540"/>
        </w:rPr>
        <w:t>Decisions made</w:t>
      </w:r>
    </w:p>
    <w:p>
      <w:r>
        <w:rPr>
          <w:b w:val="0"/>
          <w:i w:val="0"/>
        </w:rPr>
        <w:t>1. ________________________________________________________________</w:t>
        <w:br/>
        <w:t>2. ________________________________________________________________</w:t>
        <w:br/>
        <w:t>3. ________________________________________________________________</w:t>
      </w:r>
    </w:p>
    <w:p>
      <w:pPr>
        <w:pStyle w:val="Heading2"/>
      </w:pPr>
      <w:r>
        <w:rPr>
          <w:color w:val="0A2540"/>
        </w:rP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Action</w:t>
            </w:r>
          </w:p>
        </w:tc>
        <w:tc>
          <w:tcPr>
            <w:tcW w:type="dxa" w:w="2484"/>
          </w:tcPr>
          <w:p>
            <w:r>
              <w:t>Owner</w:t>
            </w:r>
          </w:p>
        </w:tc>
        <w:tc>
          <w:tcPr>
            <w:tcW w:type="dxa" w:w="2484"/>
          </w:tcPr>
          <w:p>
            <w:r>
              <w:t>Due date</w:t>
            </w:r>
          </w:p>
        </w:tc>
        <w:tc>
          <w:tcPr>
            <w:tcW w:type="dxa" w:w="2484"/>
          </w:tcPr>
          <w:p>
            <w:r>
              <w:t>Done?</w:t>
            </w:r>
          </w:p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</w:tbl>
    <w:p>
      <w:pPr>
        <w:pStyle w:val="Heading2"/>
      </w:pPr>
      <w:r>
        <w:rPr>
          <w:color w:val="0A2540"/>
        </w:rPr>
        <w:t>Notes</w:t>
      </w:r>
    </w:p>
    <w:p>
      <w:r>
        <w:rPr>
          <w:b w:val="0"/>
          <w:i w:val="0"/>
        </w:rPr>
        <w:t>________________________________________________________________</w:t>
        <w:br/>
        <w:t>________________________________________________________________</w:t>
        <w:br/>
        <w:t>________________________________________________________________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