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Daily Standup Report</w:t>
      </w:r>
    </w:p>
    <w:p>
      <w:pPr>
        <w:pStyle w:val="Heading1"/>
      </w:pPr>
      <w:r>
        <w:t>Report Details</w:t>
      </w:r>
    </w:p>
    <w:p>
      <w:r>
        <w:t>Name: [Your name]</w:t>
      </w:r>
    </w:p>
    <w:p>
      <w:r>
        <w:t>Team / Project: [Team or project]</w:t>
      </w:r>
    </w:p>
    <w:p>
      <w:r>
        <w:t>Date: [Date]</w:t>
      </w:r>
    </w:p>
    <w:p>
      <w:pPr>
        <w:pStyle w:val="Heading1"/>
      </w:pPr>
      <w:r>
        <w:t>Yesterday — What I Completed</w:t>
      </w:r>
    </w:p>
    <w:p>
      <w:r>
        <w:t>- [Task completed]</w:t>
      </w:r>
    </w:p>
    <w:p>
      <w:r>
        <w:t>- [Task completed]</w:t>
      </w:r>
    </w:p>
    <w:p>
      <w:r>
        <w:t>- [Task completed]</w:t>
      </w:r>
    </w:p>
    <w:p>
      <w:pPr>
        <w:pStyle w:val="Heading1"/>
      </w:pPr>
      <w:r>
        <w:t>Today — What I Plan to Do</w:t>
      </w:r>
    </w:p>
    <w:p>
      <w:r>
        <w:t>- [Planned task]</w:t>
      </w:r>
    </w:p>
    <w:p>
      <w:r>
        <w:t>- [Planned task]</w:t>
      </w:r>
    </w:p>
    <w:p>
      <w:r>
        <w:t>- [Planned task]</w:t>
      </w:r>
    </w:p>
    <w:p>
      <w:pPr>
        <w:pStyle w:val="Heading1"/>
      </w:pPr>
      <w:r>
        <w:t>Blockers — What Is Holding Me Up</w:t>
      </w:r>
    </w:p>
    <w:p>
      <w:r>
        <w:t>- [Blocker and what help is needed]</w:t>
      </w:r>
    </w:p>
    <w:p>
      <w:r>
        <w:t>- [Blocker or 'None']</w:t>
      </w:r>
    </w:p>
    <w:p>
      <w:pPr>
        <w:pStyle w:val="Heading1"/>
      </w:pPr>
      <w:r>
        <w:t>Notes</w:t>
      </w:r>
    </w:p>
    <w:p>
      <w:r>
        <w:t>[Any extra notes, links or decisions needed]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