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Drawing Transmittal Sheet</w:t>
      </w:r>
    </w:p>
    <w:p>
      <w:pPr>
        <w:pStyle w:val="Heading1"/>
      </w:pPr>
      <w:r>
        <w:t>Project Details</w:t>
      </w:r>
    </w:p>
    <w:p>
      <w:r>
        <w:t>Project: [Project name]</w:t>
      </w:r>
    </w:p>
    <w:p>
      <w:r>
        <w:t>Client: [Client name]</w:t>
      </w:r>
    </w:p>
    <w:p>
      <w:r>
        <w:t>Transmittal No: [Number]</w:t>
      </w:r>
    </w:p>
    <w:p>
      <w:r>
        <w:t>Date: [Date]</w:t>
      </w:r>
    </w:p>
    <w:p>
      <w:r>
        <w:t>Sent by: [Your name]</w:t>
      </w:r>
    </w:p>
    <w:p>
      <w:r>
        <w:t>Sent to: [Recipient name and company]</w:t>
      </w:r>
    </w:p>
    <w:p>
      <w:r>
        <w:t>Purpose: [For approval / For construction / For information]</w:t>
      </w:r>
    </w:p>
    <w:p>
      <w:pPr>
        <w:pStyle w:val="Heading1"/>
      </w:pPr>
      <w:r>
        <w:t>Drawings Sent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Drawing No</w:t>
            </w:r>
          </w:p>
        </w:tc>
        <w:tc>
          <w:tcPr>
            <w:tcW w:type="dxa" w:w="1728"/>
          </w:tcPr>
          <w:p>
            <w:r>
              <w:t>Title</w:t>
            </w:r>
          </w:p>
        </w:tc>
        <w:tc>
          <w:tcPr>
            <w:tcW w:type="dxa" w:w="1728"/>
          </w:tcPr>
          <w:p>
            <w:r>
              <w:t>Revision</w:t>
            </w:r>
          </w:p>
        </w:tc>
        <w:tc>
          <w:tcPr>
            <w:tcW w:type="dxa" w:w="1728"/>
          </w:tcPr>
          <w:p>
            <w:r>
              <w:t>Date</w:t>
            </w:r>
          </w:p>
        </w:tc>
        <w:tc>
          <w:tcPr>
            <w:tcW w:type="dxa" w:w="1728"/>
          </w:tcPr>
          <w:p>
            <w:r>
              <w:t>Status</w:t>
            </w:r>
          </w:p>
        </w:tc>
      </w:tr>
      <w:tr>
        <w:tc>
          <w:tcPr>
            <w:tcW w:type="dxa" w:w="1728"/>
          </w:tcPr>
          <w:p>
            <w:r>
              <w:t>A-101</w:t>
            </w:r>
          </w:p>
        </w:tc>
        <w:tc>
          <w:tcPr>
            <w:tcW w:type="dxa" w:w="1728"/>
          </w:tcPr>
          <w:p>
            <w:r>
              <w:t>Ground floor plan</w:t>
            </w:r>
          </w:p>
        </w:tc>
        <w:tc>
          <w:tcPr>
            <w:tcW w:type="dxa" w:w="1728"/>
          </w:tcPr>
          <w:p>
            <w:r>
              <w:t>C</w:t>
            </w:r>
          </w:p>
        </w:tc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728"/>
          </w:tcPr>
          <w:p>
            <w:r>
              <w:t>Issued for construction</w:t>
            </w:r>
          </w:p>
        </w:tc>
      </w:tr>
      <w:tr>
        <w:tc>
          <w:tcPr>
            <w:tcW w:type="dxa" w:w="1728"/>
          </w:tcPr>
          <w:p>
            <w:r>
              <w:t>A-102</w:t>
            </w:r>
          </w:p>
        </w:tc>
        <w:tc>
          <w:tcPr>
            <w:tcW w:type="dxa" w:w="1728"/>
          </w:tcPr>
          <w:p>
            <w:r>
              <w:t>First floor plan</w:t>
            </w:r>
          </w:p>
        </w:tc>
        <w:tc>
          <w:tcPr>
            <w:tcW w:type="dxa" w:w="1728"/>
          </w:tcPr>
          <w:p>
            <w:r>
              <w:t>B</w:t>
            </w:r>
          </w:p>
        </w:tc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728"/>
          </w:tcPr>
          <w:p>
            <w:r>
              <w:t>Issued for approval</w:t>
            </w:r>
          </w:p>
        </w:tc>
      </w:tr>
      <w:tr>
        <w:tc>
          <w:tcPr>
            <w:tcW w:type="dxa" w:w="1728"/>
          </w:tcPr>
          <w:p>
            <w:r>
              <w:t>S-201</w:t>
            </w:r>
          </w:p>
        </w:tc>
        <w:tc>
          <w:tcPr>
            <w:tcW w:type="dxa" w:w="1728"/>
          </w:tcPr>
          <w:p>
            <w:r>
              <w:t>Foundation details</w:t>
            </w:r>
          </w:p>
        </w:tc>
        <w:tc>
          <w:tcPr>
            <w:tcW w:type="dxa" w:w="1728"/>
          </w:tcPr>
          <w:p>
            <w:r>
              <w:t>A</w:t>
            </w:r>
          </w:p>
        </w:tc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728"/>
          </w:tcPr>
          <w:p>
            <w:r>
              <w:t>Issued for information</w:t>
            </w:r>
          </w:p>
        </w:tc>
      </w:tr>
      <w:tr>
        <w:tc>
          <w:tcPr>
            <w:tcW w:type="dxa" w:w="1728"/>
          </w:tcPr>
          <w:p>
            <w:r>
              <w:t>[No]</w:t>
            </w:r>
          </w:p>
        </w:tc>
        <w:tc>
          <w:tcPr>
            <w:tcW w:type="dxa" w:w="1728"/>
          </w:tcPr>
          <w:p>
            <w:r>
              <w:t>[Title]</w:t>
            </w:r>
          </w:p>
        </w:tc>
        <w:tc>
          <w:tcPr>
            <w:tcW w:type="dxa" w:w="1728"/>
          </w:tcPr>
          <w:p>
            <w:r>
              <w:t>[Rev]</w:t>
            </w:r>
          </w:p>
        </w:tc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728"/>
          </w:tcPr>
          <w:p>
            <w:r>
              <w:t>[Status]</w:t>
            </w:r>
          </w:p>
        </w:tc>
      </w:tr>
    </w:tbl>
    <w:p/>
    <w:p>
      <w:pPr>
        <w:pStyle w:val="Heading1"/>
      </w:pPr>
      <w:r>
        <w:t>Sign-off</w:t>
      </w:r>
    </w:p>
    <w:p>
      <w:r>
        <w:t>Issued by (name and signature): ______________________  Date: __________</w:t>
      </w:r>
    </w:p>
    <w:p>
      <w:r>
        <w:t>Received by (name and signature): ______________________  Date: __________</w:t>
      </w:r>
    </w:p>
    <w:p>
      <w:r>
        <w:t>Checked by (name and signature): ______________________  Date: __________</w:t>
      </w:r>
    </w:p>
    <w:p>
      <w:r>
        <w:t>Remarks: [Any conditions, superseded drawings, or notes]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