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LinkedIn Post Starter Pack: 30 Frameworks</w:t>
      </w:r>
    </w:p>
    <w:p>
      <w:pPr>
        <w:pStyle w:val="Heading1"/>
      </w:pPr>
      <w:r>
        <w:t>Tips and lessons</w:t>
      </w:r>
    </w:p>
    <w:p>
      <w:r>
        <w:t>Framework 1: 3 mistakes to avoid when [task]: [mistake 1], [mistake 2], [mistake 3]. Here is what to do instead.</w:t>
      </w:r>
    </w:p>
    <w:p>
      <w:r>
        <w:t>Framework 2: One lesson from [project]: [lesson]. It changed how I handle [task].</w:t>
      </w:r>
    </w:p>
    <w:p>
      <w:r>
        <w:t>Framework 3: Stop doing [common habit]. Start doing [better habit]. Here is why it works.</w:t>
      </w:r>
    </w:p>
    <w:p>
      <w:r>
        <w:t>Framework 4: The simplest way to improve [result] is [method]. Most people skip it because [reason].</w:t>
      </w:r>
    </w:p>
    <w:p>
      <w:r>
        <w:t>Framework 5: I used to [old approach]. Then I switched to [new approach] and [result] followed.</w:t>
      </w:r>
    </w:p>
    <w:p>
      <w:r>
        <w:t>Framework 6: A checklist I use before [task]: [item 1], [item 2], [item 3]. Save this for later.</w:t>
      </w:r>
    </w:p>
    <w:p>
      <w:pPr>
        <w:pStyle w:val="Heading1"/>
      </w:pPr>
      <w:r>
        <w:t>Stories and results</w:t>
      </w:r>
    </w:p>
    <w:p>
      <w:r>
        <w:t>Framework 1: Last month I helped [client type] with [project]. The result was [result]. Here is what mattered most.</w:t>
      </w:r>
    </w:p>
    <w:p>
      <w:r>
        <w:t>Framework 2: From [starting point] to [result] in [timeframe]: the steps were [step 1], [step 2], [step 3].</w:t>
      </w:r>
    </w:p>
    <w:p>
      <w:r>
        <w:t>Framework 3: A client came to me with [problem]. We fixed it by [solution]. The lesson: [lesson].</w:t>
      </w:r>
    </w:p>
    <w:p>
      <w:r>
        <w:t>Framework 4: I turned down [project] because [reason]. It taught me [lesson].</w:t>
      </w:r>
    </w:p>
    <w:p>
      <w:r>
        <w:t>Framework 5: My first [project] taught me [lesson]. My latest one proved it again.</w:t>
      </w:r>
    </w:p>
    <w:p>
      <w:r>
        <w:t>Framework 6: Behind the scenes of [project]: [detail]. The part clients never see is [detail].</w:t>
      </w:r>
    </w:p>
    <w:p>
      <w:pPr>
        <w:pStyle w:val="Heading1"/>
      </w:pPr>
      <w:r>
        <w:t>Questions and opinions</w:t>
      </w:r>
    </w:p>
    <w:p>
      <w:r>
        <w:t>Framework 1: What is the hardest part of [task] for you? For me it is [answer], and here is how I handle it.</w:t>
      </w:r>
    </w:p>
    <w:p>
      <w:r>
        <w:t>Framework 2: Unpopular opinion: [opinion] about [topic]. Here is why I believe it.</w:t>
      </w:r>
    </w:p>
    <w:p>
      <w:r>
        <w:t>Framework 3: Would you rather [option A] or [option B] for [task]? Here is my case for [choice].</w:t>
      </w:r>
    </w:p>
    <w:p>
      <w:r>
        <w:t>Framework 4: What would you tell someone starting [task] today? My answer: [advice].</w:t>
      </w:r>
    </w:p>
    <w:p>
      <w:r>
        <w:t>Framework 5: Is [trend] worth it for [audience]? My honest view: [view].</w:t>
      </w:r>
    </w:p>
    <w:p>
      <w:r>
        <w:t>Framework 6: Quick poll: how do you handle [problem]? A) [option A] B) [option B] C) [option C].</w:t>
      </w:r>
    </w:p>
    <w:p>
      <w:pPr>
        <w:pStyle w:val="Heading1"/>
      </w:pPr>
      <w:r>
        <w:t>Offers and invitations</w:t>
      </w:r>
    </w:p>
    <w:p>
      <w:r>
        <w:t>Framework 1: I have space for [number] new [project type] clients in [month]. If you need [service], send me a message.</w:t>
      </w:r>
    </w:p>
    <w:p>
      <w:r>
        <w:t>Framework 2: I am opening bookings for [service] in [month]. Here is what is included: [inclusion 1], [inclusion 2].</w:t>
      </w:r>
    </w:p>
    <w:p>
      <w:r>
        <w:t>Framework 3: Free resource: my checklist for [task]. Comment [word] and I will send it.</w:t>
      </w:r>
    </w:p>
    <w:p>
      <w:r>
        <w:t>Framework 4: Want help with [problem]? I offer [service] for [audience]. Here is how it works: [step 1], [step 2].</w:t>
      </w:r>
    </w:p>
    <w:p>
      <w:r>
        <w:t>Framework 5: New service: [service]. It is for [audience] who need [result]. Details in the comments.</w:t>
      </w:r>
    </w:p>
    <w:p>
      <w:r>
        <w:t>Framework 6: Ask me anything about [topic] this week. I will answer every question in the comments.</w:t>
      </w:r>
    </w:p>
    <w:p>
      <w:pPr>
        <w:pStyle w:val="Heading1"/>
      </w:pPr>
      <w:r>
        <w:t>Personal and behind the scenes</w:t>
      </w:r>
    </w:p>
    <w:p>
      <w:r>
        <w:t>Framework 1: A day in my work life: [morning task], [afternoon task], and [evening task]. The part I love most is [part].</w:t>
      </w:r>
    </w:p>
    <w:p>
      <w:r>
        <w:t>Framework 2: Why I became a freelancer in [field]: [reason]. The hardest part was [challenge].</w:t>
      </w:r>
    </w:p>
    <w:p>
      <w:r>
        <w:t>Framework 3: My workspace setup for [task]: [tool 1], [tool 2], [tool 3]. What is on your desk?</w:t>
      </w:r>
    </w:p>
    <w:p>
      <w:r>
        <w:t>Framework 4: What I am working on this week: [project]. The goal is [goal].</w:t>
      </w:r>
    </w:p>
    <w:p>
      <w:r>
        <w:t>Framework 5: A tool I cannot work without: [tool]. It saves me [time] every week on [task].</w:t>
      </w:r>
    </w:p>
    <w:p>
      <w:r>
        <w:t>Framework 6: My routine for staying focused on [task]: [habit 1], [habit 2], [habit 3].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