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PKR Invoice Template</w:t>
      </w:r>
    </w:p>
    <w:p>
      <w:r>
        <w:rPr>
          <w:b/>
        </w:rPr>
        <w:t>[Your Name / Business Name]</w:t>
      </w:r>
    </w:p>
    <w:p>
      <w:r>
        <w:rPr>
          <w:b w:val="0"/>
        </w:rPr>
        <w:t>[Your address] | [Phone] | [Email]</w:t>
      </w:r>
    </w:p>
    <w:p>
      <w:r>
        <w:rPr>
          <w:b/>
        </w:rPr>
        <w:t>INVOICE</w:t>
      </w:r>
    </w:p>
    <w:p>
      <w:r>
        <w:rPr>
          <w:b w:val="0"/>
        </w:rPr>
        <w:t>Invoice No.: [INV-001]    Date: [date]    Due date: [date]</w:t>
      </w:r>
    </w:p>
    <w:p>
      <w:r>
        <w:rPr>
          <w:b w:val="0"/>
        </w:rPr>
        <w:t>Bill to: [Client name, 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Rate (PKR)</w:t>
            </w:r>
          </w:p>
        </w:tc>
        <w:tc>
          <w:tcPr>
            <w:tcW w:type="dxa" w:w="2160"/>
          </w:tcPr>
          <w:p>
            <w:r>
              <w:t>Amount (PKR)</w:t>
            </w:r>
          </w:p>
        </w:tc>
      </w:tr>
      <w:tr>
        <w:tc>
          <w:tcPr>
            <w:tcW w:type="dxa" w:w="2160"/>
          </w:tcPr>
          <w:p>
            <w:r>
              <w:t>[Service 1]</w:t>
            </w:r>
          </w:p>
        </w:tc>
        <w:tc>
          <w:tcPr>
            <w:tcW w:type="dxa" w:w="2160"/>
          </w:tcPr>
          <w:p>
            <w:r>
              <w:t>[1]</w:t>
            </w:r>
          </w:p>
        </w:tc>
        <w:tc>
          <w:tcPr>
            <w:tcW w:type="dxa" w:w="2160"/>
          </w:tcPr>
          <w:p>
            <w:r>
              <w:t>[rate]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[Service 2]</w:t>
            </w:r>
          </w:p>
        </w:tc>
        <w:tc>
          <w:tcPr>
            <w:tcW w:type="dxa" w:w="2160"/>
          </w:tcPr>
          <w:p>
            <w:r>
              <w:t>[1]</w:t>
            </w:r>
          </w:p>
        </w:tc>
        <w:tc>
          <w:tcPr>
            <w:tcW w:type="dxa" w:w="2160"/>
          </w:tcPr>
          <w:p>
            <w:r>
              <w:t>[rate]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</w:tbl>
    <w:p>
      <w:r>
        <w:rPr>
          <w:b w:val="0"/>
        </w:rPr>
        <w:t>Subtotal (PKR): [amount]</w:t>
      </w:r>
    </w:p>
    <w:p>
      <w:r>
        <w:rPr>
          <w:b w:val="0"/>
        </w:rPr>
        <w:t>Discount (if any): [amount]</w:t>
      </w:r>
    </w:p>
    <w:p>
      <w:r>
        <w:rPr>
          <w:b/>
        </w:rPr>
        <w:t>TOTAL DUE (PKR): [amount]</w:t>
      </w:r>
    </w:p>
    <w:p>
      <w:r>
        <w:rPr>
          <w:b/>
        </w:rPr>
        <w:t>Payment methods:</w:t>
      </w:r>
    </w:p>
    <w:p>
      <w:r>
        <w:rPr>
          <w:b w:val="0"/>
        </w:rPr>
        <w:t>JazzCash: [your JazzCash number]</w:t>
      </w:r>
    </w:p>
    <w:p>
      <w:r>
        <w:rPr>
          <w:b w:val="0"/>
        </w:rPr>
        <w:t>Easypaisa: [your Easypaisa number]</w:t>
      </w:r>
    </w:p>
    <w:p>
      <w:r>
        <w:rPr>
          <w:b w:val="0"/>
        </w:rPr>
        <w:t>Bank transfer: [bank, account title, account number]</w:t>
      </w:r>
    </w:p>
    <w:p>
      <w:r>
        <w:rPr>
          <w:b w:val="0"/>
        </w:rPr>
        <w:t>Please send payment by the due date and share the transaction screenshot. Thank you for your business.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