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Portfolio One-Pager Templates</w:t>
      </w:r>
    </w:p>
    <w:p>
      <w:r>
        <w:rPr>
          <w:i/>
        </w:rPr>
        <w:t>Six one-page layouts. Duplicate one page, replace the brackets with your own work, and send it as a PDF.</w:t>
      </w:r>
    </w:p>
    <w:p>
      <w:pPr>
        <w:pStyle w:val="Heading1"/>
      </w:pPr>
      <w:r>
        <w:rPr>
          <w:color w:val="0A2540"/>
        </w:rPr>
        <w:t>Layout 1 — Hero project</w:t>
      </w:r>
    </w:p>
    <w:p>
      <w:r>
        <w:rPr>
          <w:b w:val="0"/>
          <w:i/>
        </w:rPr>
        <w:t>One big project: large headline, hero image space, result in numbers.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p>
      <w:pPr>
        <w:pStyle w:val="Heading1"/>
      </w:pPr>
      <w:r>
        <w:rPr>
          <w:color w:val="0A2540"/>
        </w:rPr>
        <w:t>Layout 2 — Three-project grid</w:t>
      </w:r>
    </w:p>
    <w:p>
      <w:r>
        <w:rPr>
          <w:b w:val="0"/>
          <w:i/>
        </w:rPr>
        <w:t>Three smaller projects side by side with one result line each.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p>
      <w:pPr>
        <w:pStyle w:val="Heading1"/>
      </w:pPr>
      <w:r>
        <w:rPr>
          <w:color w:val="0A2540"/>
        </w:rPr>
        <w:t>Layout 3 — Services + proof</w:t>
      </w:r>
    </w:p>
    <w:p>
      <w:r>
        <w:rPr>
          <w:b w:val="0"/>
          <w:i/>
        </w:rPr>
        <w:t>Your services on the left, one testimonial and one result on the right.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p>
      <w:pPr>
        <w:pStyle w:val="Heading1"/>
      </w:pPr>
      <w:r>
        <w:rPr>
          <w:color w:val="0A2540"/>
        </w:rPr>
        <w:t>Layout 4 — Before / after</w:t>
      </w:r>
    </w:p>
    <w:p>
      <w:r>
        <w:rPr>
          <w:b w:val="0"/>
          <w:i/>
        </w:rPr>
        <w:t>The problem before, what you changed, and the measurable after.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p>
      <w:pPr>
        <w:pStyle w:val="Heading1"/>
      </w:pPr>
      <w:r>
        <w:rPr>
          <w:color w:val="0A2540"/>
        </w:rPr>
        <w:t>Layout 5 — Numbers first</w:t>
      </w:r>
    </w:p>
    <w:p>
      <w:r>
        <w:rPr>
          <w:b w:val="0"/>
          <w:i/>
        </w:rPr>
        <w:t>Lead with 3 big numbers (results), then the projects behind them.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p>
      <w:pPr>
        <w:pStyle w:val="Heading1"/>
      </w:pPr>
      <w:r>
        <w:rPr>
          <w:color w:val="0A2540"/>
        </w:rPr>
        <w:t>Layout 6 — Testimonial led</w:t>
      </w:r>
    </w:p>
    <w:p>
      <w:r>
        <w:rPr>
          <w:b w:val="0"/>
          <w:i/>
        </w:rPr>
        <w:t>Lead with a strong client quote, then two supporting projects.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 / headline</w:t>
            </w:r>
          </w:p>
        </w:tc>
        <w:tc>
          <w:tcPr>
            <w:tcW w:type="dxa" w:w="4968"/>
          </w:tcPr>
          <w:p>
            <w:r>
              <w:t>[Name — e.g. Freelance Web Designer]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Tagline</w:t>
            </w:r>
          </w:p>
        </w:tc>
        <w:tc>
          <w:tcPr>
            <w:tcW w:type="dxa" w:w="4968"/>
          </w:tcPr>
          <w:p>
            <w:r>
              <w:t>[One line: who you help + result]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/ work</w:t>
            </w:r>
          </w:p>
        </w:tc>
        <w:tc>
          <w:tcPr>
            <w:tcW w:type="dxa" w:w="4968"/>
          </w:tcPr>
          <w:p>
            <w:r>
              <w:t>[Project name + what you did]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4968"/>
          </w:tcPr>
          <w:p>
            <w:r>
              <w:t>[Measurable result, e.g. +40%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quote</w:t>
            </w:r>
          </w:p>
        </w:tc>
        <w:tc>
          <w:tcPr>
            <w:tcW w:type="dxa" w:w="4968"/>
          </w:tcPr>
          <w:p>
            <w:r>
              <w:t>"[Quote]" — [Client name, business]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 / Website]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