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Referral Request Kit</w:t>
      </w:r>
    </w:p>
    <w:p>
      <w:r>
        <w:rPr>
          <w:i/>
        </w:rPr>
        <w:t>Ask happy clients for referrals at the moment they praise your work — not weeks later.</w:t>
      </w:r>
    </w:p>
    <w:p>
      <w:pPr>
        <w:pStyle w:val="Heading1"/>
      </w:pPr>
      <w:r>
        <w:rPr>
          <w:color w:val="0A2540"/>
        </w:rPr>
        <w:t>Script 1 — Right after a compliment (email / message)</w:t>
      </w:r>
    </w:p>
    <w:p>
      <w:r>
        <w:rPr>
          <w:b w:val="0"/>
          <w:i w:val="0"/>
        </w:rPr>
        <w:t>"Thank you so much — I really enjoyed this project. If you know one other business owner who needs [service], would you mind introducing us? I will look after them exactly as I looked after you. A short intro message is all it takes."</w:t>
      </w:r>
    </w:p>
    <w:p>
      <w:pPr>
        <w:pStyle w:val="Heading1"/>
      </w:pPr>
      <w:r>
        <w:rPr>
          <w:color w:val="0A2540"/>
        </w:rPr>
        <w:t>Script 2 — At project close</w:t>
      </w:r>
    </w:p>
    <w:p>
      <w:r>
        <w:rPr>
          <w:b w:val="0"/>
          <w:i w:val="0"/>
        </w:rPr>
        <w:t>"The project is wrapped up and all files are delivered. If anyone in your network is struggling with [problem you solved], I would love an introduction. As a thank you, I offer every referred client a free 15-minute consultation."</w:t>
      </w:r>
    </w:p>
    <w:p>
      <w:pPr>
        <w:pStyle w:val="Heading1"/>
      </w:pPr>
      <w:r>
        <w:rPr>
          <w:color w:val="0A2540"/>
        </w:rPr>
        <w:t>Script 3 — Short WhatsApp version</w:t>
      </w:r>
    </w:p>
    <w:p>
      <w:r>
        <w:rPr>
          <w:b w:val="0"/>
          <w:i w:val="0"/>
        </w:rPr>
        <w:t>"Hi [Name], glad the [deliverable] is working well! Quick favour — do you know anyone who needs [service]? Happy to help them the same way. Thanks!"</w:t>
      </w:r>
    </w:p>
    <w:p>
      <w:pPr>
        <w:pStyle w:val="Heading1"/>
      </w:pPr>
      <w:r>
        <w:rPr>
          <w:color w:val="0A2540"/>
        </w:rPr>
        <w:t>Script 4 — When a client says they will recommend you</w:t>
      </w:r>
    </w:p>
    <w:p>
      <w:r>
        <w:rPr>
          <w:b w:val="0"/>
          <w:i w:val="0"/>
        </w:rPr>
        <w:t>"That means a lot. To make it easy, here is a one-line message you can forward: '[Your name] helped us with [result]. Reliable, fast, and easy to work with — highly recommended.'"</w:t>
      </w:r>
    </w:p>
    <w:p>
      <w:pPr>
        <w:pStyle w:val="Heading1"/>
      </w:pPr>
      <w:r>
        <w:rPr>
          <w:color w:val="0A2540"/>
        </w:rPr>
        <w:t>Referral card (copy, print or send as an image)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Your name</w:t>
            </w:r>
          </w:p>
        </w:tc>
        <w:tc>
          <w:tcPr>
            <w:tcW w:type="dxa" w:w="4968"/>
          </w:tcPr>
          <w:p>
            <w:r>
              <w:t>[Your name]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4968"/>
          </w:tcPr>
          <w:p>
            <w:r>
              <w:t>[Service]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Best result for clients</w:t>
            </w:r>
          </w:p>
        </w:tc>
        <w:tc>
          <w:tcPr>
            <w:tcW w:type="dxa" w:w="4968"/>
          </w:tcPr>
          <w:p>
            <w:r>
              <w:t>[e.g. Websites that bring enquiries]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4968"/>
          </w:tcPr>
          <w:p>
            <w:r>
              <w:t>[Email / WhatsApp]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Intro offer for referrals</w:t>
            </w:r>
          </w:p>
        </w:tc>
        <w:tc>
          <w:tcPr>
            <w:tcW w:type="dxa" w:w="4968"/>
          </w:tcPr>
          <w:p>
            <w:r>
              <w:t>[e.g. Free 15-minute consultation]</w:t>
            </w:r>
          </w:p>
        </w:tc>
      </w:tr>
    </w:tbl>
    <w:p>
      <w:pPr>
        <w:pStyle w:val="Heading1"/>
      </w:pPr>
      <w:r>
        <w:rPr>
          <w:color w:val="0A2540"/>
        </w:rPr>
        <w:t>Referral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Referred by</w:t>
            </w:r>
          </w:p>
        </w:tc>
        <w:tc>
          <w:tcPr>
            <w:tcW w:type="dxa" w:w="2484"/>
          </w:tcPr>
          <w:p>
            <w:r>
              <w:t>Referred person</w:t>
            </w:r>
          </w:p>
        </w:tc>
        <w:tc>
          <w:tcPr>
            <w:tcW w:type="dxa" w:w="2484"/>
          </w:tcPr>
          <w:p>
            <w:r>
              <w:t>Date</w:t>
            </w:r>
          </w:p>
        </w:tc>
        <w:tc>
          <w:tcPr>
            <w:tcW w:type="dxa" w:w="2484"/>
          </w:tcPr>
          <w:p>
            <w:r>
              <w:t>Outcome</w:t>
            </w:r>
          </w:p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