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A2540"/>
        </w:rPr>
        <w:t>Scope Change Order Form</w:t>
      </w:r>
    </w:p>
    <w:p>
      <w:r>
        <w:rPr>
          <w:i/>
        </w:rPr>
        <w:t>Use this form every time a client asks for work outside the original agreement. No extra work starts until this form is signed.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4968"/>
          </w:tcPr>
          <w:p>
            <w:r>
              <w:t>[Name]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4968"/>
          </w:tcPr>
          <w:p>
            <w:r>
              <w:t>[Project]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Original agreement date</w:t>
            </w:r>
          </w:p>
        </w:tc>
        <w:tc>
          <w:tcPr>
            <w:tcW w:type="dxa" w:w="4968"/>
          </w:tcPr>
          <w:p>
            <w:r>
              <w:t>[Date]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Change request date</w:t>
            </w:r>
          </w:p>
        </w:tc>
        <w:tc>
          <w:tcPr>
            <w:tcW w:type="dxa" w:w="4968"/>
          </w:tcPr>
          <w:p>
            <w:r>
              <w:t>[Date]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Requested by</w:t>
            </w:r>
          </w:p>
        </w:tc>
        <w:tc>
          <w:tcPr>
            <w:tcW w:type="dxa" w:w="4968"/>
          </w:tcPr>
          <w:p>
            <w:r>
              <w:t>[Client / Freelancer]</w:t>
            </w:r>
          </w:p>
        </w:tc>
      </w:tr>
    </w:tbl>
    <w:p>
      <w:pPr>
        <w:pStyle w:val="Heading1"/>
      </w:pPr>
      <w:r>
        <w:rPr>
          <w:color w:val="0A2540"/>
        </w:rPr>
        <w:t>Change requested</w:t>
      </w:r>
    </w:p>
    <w:p>
      <w:r>
        <w:rPr>
          <w:b w:val="0"/>
          <w:i w:val="0"/>
        </w:rPr>
        <w:t>[Describe the extra work in full detail — what will be added, changed or removed.]</w:t>
      </w:r>
    </w:p>
    <w:p>
      <w:pPr>
        <w:pStyle w:val="Heading1"/>
      </w:pPr>
      <w:r>
        <w:rPr>
          <w:color w:val="0A2540"/>
        </w:rPr>
        <w:t>Impact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Additional fee</w:t>
            </w:r>
          </w:p>
        </w:tc>
        <w:tc>
          <w:tcPr>
            <w:tcW w:type="dxa" w:w="4968"/>
          </w:tcPr>
          <w:p>
            <w:r>
              <w:t>[Amount + currency]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New total project fee</w:t>
            </w:r>
          </w:p>
        </w:tc>
        <w:tc>
          <w:tcPr>
            <w:tcW w:type="dxa" w:w="4968"/>
          </w:tcPr>
          <w:p>
            <w:r>
              <w:t>[Amount]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Extra time needed</w:t>
            </w:r>
          </w:p>
        </w:tc>
        <w:tc>
          <w:tcPr>
            <w:tcW w:type="dxa" w:w="4968"/>
          </w:tcPr>
          <w:p>
            <w:r>
              <w:t>[Days]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New delivery date</w:t>
            </w:r>
          </w:p>
        </w:tc>
        <w:tc>
          <w:tcPr>
            <w:tcW w:type="dxa" w:w="4968"/>
          </w:tcPr>
          <w:p>
            <w:r>
              <w:t>[Date]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Effect on other deliverables</w:t>
            </w:r>
          </w:p>
        </w:tc>
        <w:tc>
          <w:tcPr>
            <w:tcW w:type="dxa" w:w="4968"/>
          </w:tcPr>
          <w:p>
            <w:r>
              <w:t>[None / describe]</w:t>
            </w:r>
          </w:p>
        </w:tc>
      </w:tr>
    </w:tbl>
    <w:p>
      <w:pPr>
        <w:pStyle w:val="Heading1"/>
      </w:pPr>
      <w:r>
        <w:rPr>
          <w:color w:val="0A2540"/>
        </w:rPr>
        <w:t>Approval — both parties sign before work begins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 signature</w:t>
            </w:r>
          </w:p>
        </w:tc>
        <w:tc>
          <w:tcPr>
            <w:tcW w:type="dxa" w:w="4968"/>
          </w:tcPr>
          <w:p>
            <w:r>
              <w:t>________________________  Date: __________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Freelancer signature</w:t>
            </w:r>
          </w:p>
        </w:tc>
        <w:tc>
          <w:tcPr>
            <w:tcW w:type="dxa" w:w="4968"/>
          </w:tcPr>
          <w:p>
            <w:r>
              <w:t>________________________  Date: __________</w:t>
            </w:r>
          </w:p>
        </w:tc>
      </w:tr>
    </w:tbl>
    <w:p>
      <w:r>
        <w:rPr>
          <w:b w:val="0"/>
          <w:i/>
        </w:rPr>
        <w:t>Note: unsigned change requests are not part of the project scope. Keep a signed copy with the original agreement.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