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 Description Templates: 12 Services</w:t>
      </w:r>
    </w:p>
    <w:p>
      <w:pPr>
        <w:pStyle w:val="Heading1"/>
      </w:pPr>
      <w:r>
        <w:t>Service descriptions</w:t>
      </w:r>
    </w:p>
    <w:p>
      <w:r>
        <w:t>Logo and brand design: I help [audience] with [service]. What you get: [deliverable 1], [deliverable 2]. How it works: [step 1], [step 2], [step 3]. This is for you if [condition]. Delivery in [timeframe].</w:t>
      </w:r>
    </w:p>
    <w:p>
      <w:r>
        <w:t>Website content writing: I help [audience] with [service]. What you get: [deliverable 1], [deliverable 2]. How it works: [step 1], [step 2], [step 3]. This is for you if [condition]. Delivery in [timeframe].</w:t>
      </w:r>
    </w:p>
    <w:p>
      <w:r>
        <w:t>WordPress website build: I help [audience] with [service]. What you get: [deliverable 1], [deliverable 2]. How it works: [step 1], [step 2], [step 3]. This is for you if [condition]. Delivery in [timeframe].</w:t>
      </w:r>
    </w:p>
    <w:p>
      <w:r>
        <w:t>Social media management: I help [audience] with [service]. What you get: [deliverable 1], [deliverable 2]. How it works: [step 1], [step 2], [step 3]. This is for you if [condition]. Delivery in [timeframe].</w:t>
      </w:r>
    </w:p>
    <w:p>
      <w:r>
        <w:t>Search engine optimisation: I help [audience] with [service]. What you get: [deliverable 1], [deliverable 2]. How it works: [step 1], [step 2], [step 3]. This is for you if [condition]. Delivery in [timeframe].</w:t>
      </w:r>
    </w:p>
    <w:p>
      <w:r>
        <w:t>Video editing: I help [audience] with [service]. What you get: [deliverable 1], [deliverable 2]. How it works: [step 1], [step 2], [step 3]. This is for you if [condition]. Delivery in [timeframe].</w:t>
      </w:r>
    </w:p>
    <w:p>
      <w:r>
        <w:t>Virtual assistance: I help [audience] with [service]. What you get: [deliverable 1], [deliverable 2]. How it works: [step 1], [step 2], [step 3]. This is for you if [condition]. Delivery in [timeframe].</w:t>
      </w:r>
    </w:p>
    <w:p>
      <w:r>
        <w:t>Bookkeeping support: I help [audience] with [service]. What you get: [deliverable 1], [deliverable 2]. How it works: [step 1], [step 2], [step 3]. This is for you if [condition]. Delivery in [timeframe].</w:t>
      </w:r>
    </w:p>
    <w:p>
      <w:r>
        <w:t>Translation services: I help [audience] with [service]. What you get: [deliverable 1], [deliverable 2]. How it works: [step 1], [step 2], [step 3]. This is for you if [condition]. Delivery in [timeframe].</w:t>
      </w:r>
    </w:p>
    <w:p>
      <w:r>
        <w:t>Online course content: I help [audience] with [service]. What you get: [deliverable 1], [deliverable 2]. How it works: [step 1], [step 2], [step 3]. This is for you if [condition]. Delivery in [timeframe].</w:t>
      </w:r>
    </w:p>
    <w:p>
      <w:r>
        <w:t>Voiceover recording: I help [audience] with [service]. What you get: [deliverable 1], [deliverable 2]. How it works: [step 1], [step 2], [step 3]. This is for you if [condition]. Delivery in [timeframe].</w:t>
      </w:r>
    </w:p>
    <w:p>
      <w:r>
        <w:t>Business consulting: I help [audience] with [service]. What you get: [deliverable 1], [deliverable 2]. How it works: [step 1], [step 2], [step 3]. This is for you if [condition]. Delivery in [timeframe].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