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Site Visit Report</w:t>
      </w:r>
    </w:p>
    <w:p>
      <w:pPr>
        <w:pStyle w:val="Heading1"/>
      </w:pPr>
      <w:r>
        <w:t>Visit Details</w:t>
      </w:r>
    </w:p>
    <w:p>
      <w:r>
        <w:t>Project: [Project name]</w:t>
      </w:r>
    </w:p>
    <w:p>
      <w:r>
        <w:t>Site address: [Address]</w:t>
      </w:r>
    </w:p>
    <w:p>
      <w:r>
        <w:t>Date of visit: [Date]</w:t>
      </w:r>
    </w:p>
    <w:p>
      <w:r>
        <w:t>Visited by: [Your name]</w:t>
      </w:r>
    </w:p>
    <w:p>
      <w:r>
        <w:t>Attendees: [Names and roles]</w:t>
      </w:r>
    </w:p>
    <w:p>
      <w:r>
        <w:t>Weather: [Conditions]</w:t>
      </w:r>
    </w:p>
    <w:p>
      <w:r>
        <w:t>Purpose of visit: [Reason for visit]</w:t>
      </w:r>
    </w:p>
    <w:p>
      <w:pPr>
        <w:pStyle w:val="Heading1"/>
      </w:pPr>
      <w:r>
        <w:t>Observations</w:t>
      </w:r>
    </w:p>
    <w:p>
      <w:r>
        <w:t>1. [Observation — what you saw, where, and its condition]</w:t>
      </w:r>
    </w:p>
    <w:p>
      <w:r>
        <w:t>2. [Observation]</w:t>
      </w:r>
    </w:p>
    <w:p>
      <w:r>
        <w:t>3. [Observation]</w:t>
      </w:r>
    </w:p>
    <w:p>
      <w:r>
        <w:t>Progress since last visit: [Summary]</w:t>
      </w:r>
    </w:p>
    <w:p>
      <w:r>
        <w:t>Quality issues noted: [Details or 'None']</w:t>
      </w:r>
    </w:p>
    <w:p>
      <w:r>
        <w:t>Safety issues noted: [Details or 'None']</w:t>
      </w:r>
    </w:p>
    <w:p>
      <w:pPr>
        <w:pStyle w:val="Heading1"/>
      </w:pPr>
      <w:r>
        <w:t>Photo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Photo No</w:t>
            </w:r>
          </w:p>
        </w:tc>
        <w:tc>
          <w:tcPr>
            <w:tcW w:type="dxa" w:w="2880"/>
          </w:tcPr>
          <w:p>
            <w:r>
              <w:t>Location / Subject</w:t>
            </w:r>
          </w:p>
        </w:tc>
        <w:tc>
          <w:tcPr>
            <w:tcW w:type="dxa" w:w="2880"/>
          </w:tcPr>
          <w:p>
            <w:r>
              <w:t>Description</w:t>
            </w:r>
          </w:p>
        </w:tc>
      </w:tr>
      <w:tr>
        <w:tc>
          <w:tcPr>
            <w:tcW w:type="dxa" w:w="2880"/>
          </w:tcPr>
          <w:p>
            <w:r>
              <w:t>Photo 1</w:t>
            </w:r>
          </w:p>
        </w:tc>
        <w:tc>
          <w:tcPr>
            <w:tcW w:type="dxa" w:w="2880"/>
          </w:tcPr>
          <w:p>
            <w:r>
              <w:t>[Location]</w:t>
            </w:r>
          </w:p>
        </w:tc>
        <w:tc>
          <w:tcPr>
            <w:tcW w:type="dxa" w:w="2880"/>
          </w:tcPr>
          <w:p>
            <w:r>
              <w:t>[What the photo shows]</w:t>
            </w:r>
          </w:p>
        </w:tc>
      </w:tr>
      <w:tr>
        <w:tc>
          <w:tcPr>
            <w:tcW w:type="dxa" w:w="2880"/>
          </w:tcPr>
          <w:p>
            <w:r>
              <w:t>Photo 2</w:t>
            </w:r>
          </w:p>
        </w:tc>
        <w:tc>
          <w:tcPr>
            <w:tcW w:type="dxa" w:w="2880"/>
          </w:tcPr>
          <w:p>
            <w:r>
              <w:t>[Location]</w:t>
            </w:r>
          </w:p>
        </w:tc>
        <w:tc>
          <w:tcPr>
            <w:tcW w:type="dxa" w:w="2880"/>
          </w:tcPr>
          <w:p>
            <w:r>
              <w:t>[What the photo shows]</w:t>
            </w:r>
          </w:p>
        </w:tc>
      </w:tr>
      <w:tr>
        <w:tc>
          <w:tcPr>
            <w:tcW w:type="dxa" w:w="2880"/>
          </w:tcPr>
          <w:p>
            <w:r>
              <w:t>Photo 3</w:t>
            </w:r>
          </w:p>
        </w:tc>
        <w:tc>
          <w:tcPr>
            <w:tcW w:type="dxa" w:w="2880"/>
          </w:tcPr>
          <w:p>
            <w:r>
              <w:t>[Location]</w:t>
            </w:r>
          </w:p>
        </w:tc>
        <w:tc>
          <w:tcPr>
            <w:tcW w:type="dxa" w:w="2880"/>
          </w:tcPr>
          <w:p>
            <w:r>
              <w:t>[What the photo shows]</w:t>
            </w:r>
          </w:p>
        </w:tc>
      </w:tr>
    </w:tbl>
    <w:p/>
    <w:p>
      <w:pPr>
        <w:pStyle w:val="Heading1"/>
      </w:pPr>
      <w:r>
        <w:t>Actions Required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Action</w:t>
            </w:r>
          </w:p>
        </w:tc>
        <w:tc>
          <w:tcPr>
            <w:tcW w:type="dxa" w:w="2160"/>
          </w:tcPr>
          <w:p>
            <w:r>
              <w:t>Responsible Person</w:t>
            </w:r>
          </w:p>
        </w:tc>
        <w:tc>
          <w:tcPr>
            <w:tcW w:type="dxa" w:w="2160"/>
          </w:tcPr>
          <w:p>
            <w:r>
              <w:t>Due Date</w:t>
            </w:r>
          </w:p>
        </w:tc>
        <w:tc>
          <w:tcPr>
            <w:tcW w:type="dxa" w:w="2160"/>
          </w:tcPr>
          <w:p>
            <w:r>
              <w:t>Status</w:t>
            </w:r>
          </w:p>
        </w:tc>
      </w:tr>
      <w:tr>
        <w:tc>
          <w:tcPr>
            <w:tcW w:type="dxa" w:w="2160"/>
          </w:tcPr>
          <w:p>
            <w:r>
              <w:t>[Action]</w:t>
            </w:r>
          </w:p>
        </w:tc>
        <w:tc>
          <w:tcPr>
            <w:tcW w:type="dxa" w:w="2160"/>
          </w:tcPr>
          <w:p>
            <w:r>
              <w:t>[Name]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Open</w:t>
            </w:r>
          </w:p>
        </w:tc>
      </w:tr>
      <w:tr>
        <w:tc>
          <w:tcPr>
            <w:tcW w:type="dxa" w:w="2160"/>
          </w:tcPr>
          <w:p>
            <w:r>
              <w:t>[Action]</w:t>
            </w:r>
          </w:p>
        </w:tc>
        <w:tc>
          <w:tcPr>
            <w:tcW w:type="dxa" w:w="2160"/>
          </w:tcPr>
          <w:p>
            <w:r>
              <w:t>[Name]</w:t>
            </w:r>
          </w:p>
        </w:tc>
        <w:tc>
          <w:tcPr>
            <w:tcW w:type="dxa" w:w="2160"/>
          </w:tcPr>
          <w:p>
            <w:r>
              <w:t>[Date]</w:t>
            </w:r>
          </w:p>
        </w:tc>
        <w:tc>
          <w:tcPr>
            <w:tcW w:type="dxa" w:w="2160"/>
          </w:tcPr>
          <w:p>
            <w:r>
              <w:t>Open</w:t>
            </w:r>
          </w:p>
        </w:tc>
      </w:tr>
    </w:tbl>
    <w:p/>
    <w:p>
      <w:pPr>
        <w:pStyle w:val="Heading1"/>
      </w:pPr>
      <w:r>
        <w:t>Sign-off</w:t>
      </w:r>
    </w:p>
    <w:p>
      <w:r>
        <w:t>Prepared by (signature): ______________________  Date: __________</w:t>
      </w:r>
    </w:p>
    <w:p>
      <w:r>
        <w:t>Reviewed by (signature): ______________________  Date: 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