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SOP Template Pack: 10 SOPs for Common VA Tasks</w:t>
      </w:r>
    </w:p>
    <w:p>
      <w:pPr>
        <w:pStyle w:val="Heading1"/>
      </w:pPr>
      <w:r>
        <w:t>How to Use This Pack</w:t>
      </w:r>
    </w:p>
    <w:p>
      <w:r>
        <w:t>Replace every [bracket] with your own details before using an SOP. Each SOP states its purpose, its steps in order, and what 'done' looks like. Keep the finished SOPs in one folder and review them when a task changes.</w:t>
      </w:r>
    </w:p>
    <w:p>
      <w:pPr>
        <w:pStyle w:val="Heading1"/>
      </w:pPr>
      <w:r>
        <w:t>SOP 1: Client Onboarding</w:t>
      </w:r>
    </w:p>
    <w:p>
      <w:r>
        <w:t>Purpose: Bring a new client on board smoothly.</w:t>
      </w:r>
    </w:p>
    <w:p>
      <w:r>
        <w:t>Step 1: Send the welcome message and collect [client details].</w:t>
      </w:r>
    </w:p>
    <w:p>
      <w:r>
        <w:t>Step 2: Confirm scope, deadline and deliverables in writing.</w:t>
      </w:r>
    </w:p>
    <w:p>
      <w:r>
        <w:t>Step 3: Create the client folder named [Client Name - Project].</w:t>
      </w:r>
    </w:p>
    <w:p>
      <w:r>
        <w:t>Step 4: Record the project in your tracker and set the first milestone.</w:t>
      </w:r>
    </w:p>
    <w:p>
      <w:r>
        <w:t>Done when: The client confirms the scope in writing.</w:t>
      </w:r>
    </w:p>
    <w:p>
      <w:pPr>
        <w:pStyle w:val="Heading1"/>
      </w:pPr>
      <w:r>
        <w:t>SOP 2: Email Management</w:t>
      </w:r>
    </w:p>
    <w:p>
      <w:r>
        <w:t>Purpose: Keep the inbox under control daily.</w:t>
      </w:r>
    </w:p>
    <w:p>
      <w:r>
        <w:t>Step 1: Check the inbox at [time] and [time] only.</w:t>
      </w:r>
    </w:p>
    <w:p>
      <w:r>
        <w:t>Step 2: Reply to urgent client mail first, then file the rest.</w:t>
      </w:r>
    </w:p>
    <w:p>
      <w:r>
        <w:t>Step 3: Flag anything needing a decision for [your name].</w:t>
      </w:r>
    </w:p>
    <w:p>
      <w:r>
        <w:t>Step 4: Archive processed mail; leave nothing unfiled overnight.</w:t>
      </w:r>
    </w:p>
    <w:p>
      <w:r>
        <w:t>Done when: The inbox shows only items awaiting someone else.</w:t>
      </w:r>
    </w:p>
    <w:p>
      <w:pPr>
        <w:pStyle w:val="Heading1"/>
      </w:pPr>
      <w:r>
        <w:t>SOP 3: Social Media Posting</w:t>
      </w:r>
    </w:p>
    <w:p>
      <w:r>
        <w:t>Purpose: Publish scheduled posts without errors.</w:t>
      </w:r>
    </w:p>
    <w:p>
      <w:r>
        <w:t>Step 1: Open the content calendar for [date].</w:t>
      </w:r>
    </w:p>
    <w:p>
      <w:r>
        <w:t>Step 2: Check text, image and link for the post.</w:t>
      </w:r>
    </w:p>
    <w:p>
      <w:r>
        <w:t>Step 3: Post at [scheduled time] and confirm it is live.</w:t>
      </w:r>
    </w:p>
    <w:p>
      <w:r>
        <w:t>Step 4: Log the post link in the tracker.</w:t>
      </w:r>
    </w:p>
    <w:p>
      <w:r>
        <w:t>Done when: The post is live and logged.</w:t>
      </w:r>
    </w:p>
    <w:p>
      <w:pPr>
        <w:pStyle w:val="Heading1"/>
      </w:pPr>
      <w:r>
        <w:t>SOP 4: Data Entry</w:t>
      </w:r>
    </w:p>
    <w:p>
      <w:r>
        <w:t>Purpose: Enter data accurately and consistently.</w:t>
      </w:r>
    </w:p>
    <w:p>
      <w:r>
        <w:t>Step 1: Open the source file [file name] and the target sheet.</w:t>
      </w:r>
    </w:p>
    <w:p>
      <w:r>
        <w:t>Step 2: Enter data row by row, matching the column headings.</w:t>
      </w:r>
    </w:p>
    <w:p>
      <w:r>
        <w:t>Step 3: Double-check numbers and names against the source.</w:t>
      </w:r>
    </w:p>
    <w:p>
      <w:r>
        <w:t>Step 4: Save, note the date entered, and report any gaps.</w:t>
      </w:r>
    </w:p>
    <w:p>
      <w:r>
        <w:t>Done when: All rows entered and checked.</w:t>
      </w:r>
    </w:p>
    <w:p>
      <w:pPr>
        <w:pStyle w:val="Heading1"/>
      </w:pPr>
      <w:r>
        <w:t>SOP 5: Appointment Scheduling</w:t>
      </w:r>
    </w:p>
    <w:p>
      <w:r>
        <w:t>Purpose: Book appointments without double bookings.</w:t>
      </w:r>
    </w:p>
    <w:p>
      <w:r>
        <w:t>Step 1: Check the calendar for [date and time].</w:t>
      </w:r>
    </w:p>
    <w:p>
      <w:r>
        <w:t>Step 2: Confirm the slot with the client.</w:t>
      </w:r>
    </w:p>
    <w:p>
      <w:r>
        <w:t>Step 3: Send a confirmation message with date, time and link.</w:t>
      </w:r>
    </w:p>
    <w:p>
      <w:r>
        <w:t>Step 4: Add a reminder for [one day before].</w:t>
      </w:r>
    </w:p>
    <w:p>
      <w:r>
        <w:t>Done when: The client confirms the booking.</w:t>
      </w:r>
    </w:p>
    <w:p>
      <w:pPr>
        <w:pStyle w:val="Heading1"/>
      </w:pPr>
      <w:r>
        <w:t>SOP 6: Invoice Preparation</w:t>
      </w:r>
    </w:p>
    <w:p>
      <w:r>
        <w:t>Purpose: Send correct invoices on time.</w:t>
      </w:r>
    </w:p>
    <w:p>
      <w:r>
        <w:t>Step 1: Confirm completed work and agreed fee for [client].</w:t>
      </w:r>
    </w:p>
    <w:p>
      <w:r>
        <w:t>Step 2: Fill in the invoice template with items and totals.</w:t>
      </w:r>
    </w:p>
    <w:p>
      <w:r>
        <w:t>Step 3: Check totals against the agreed quote.</w:t>
      </w:r>
    </w:p>
    <w:p>
      <w:r>
        <w:t>Step 4: Send the invoice and log the payment due date.</w:t>
      </w:r>
    </w:p>
    <w:p>
      <w:r>
        <w:t>Done when: The invoice is sent and logged.</w:t>
      </w:r>
    </w:p>
    <w:p>
      <w:pPr>
        <w:pStyle w:val="Heading1"/>
      </w:pPr>
      <w:r>
        <w:t>SOP 7: File Organisation</w:t>
      </w:r>
    </w:p>
    <w:p>
      <w:r>
        <w:t>Purpose: Keep client files findable.</w:t>
      </w:r>
    </w:p>
    <w:p>
      <w:r>
        <w:t>Step 1: Create folders by client, then by project.</w:t>
      </w:r>
    </w:p>
    <w:p>
      <w:r>
        <w:t>Step 2: Name files as [YYYY-MM-DD - Client - Description].</w:t>
      </w:r>
    </w:p>
    <w:p>
      <w:r>
        <w:t>Step 3: Move finished work to the Done folder weekly.</w:t>
      </w:r>
    </w:p>
    <w:p>
      <w:r>
        <w:t>Step 4: Back up the main folder every [Friday].</w:t>
      </w:r>
    </w:p>
    <w:p>
      <w:r>
        <w:t>Done when: Every file sits in its correct folder.</w:t>
      </w:r>
    </w:p>
    <w:p>
      <w:pPr>
        <w:pStyle w:val="Heading1"/>
      </w:pPr>
      <w:r>
        <w:t>SOP 8: Customer Support Replies</w:t>
      </w:r>
    </w:p>
    <w:p>
      <w:r>
        <w:t>Purpose: Answer client questions helpfully and fast.</w:t>
      </w:r>
    </w:p>
    <w:p>
      <w:r>
        <w:t>Step 1: Read the full message before replying.</w:t>
      </w:r>
    </w:p>
    <w:p>
      <w:r>
        <w:t>Step 2: Answer the question directly, or state when you will.</w:t>
      </w:r>
    </w:p>
    <w:p>
      <w:r>
        <w:t>Step 3: Offer the next step clearly.</w:t>
      </w:r>
    </w:p>
    <w:p>
      <w:r>
        <w:t>Step 4: Log the query and the answer given.</w:t>
      </w:r>
    </w:p>
    <w:p>
      <w:r>
        <w:t>Done when: The client has a clear answer or a promised follow-up time.</w:t>
      </w:r>
    </w:p>
    <w:p>
      <w:pPr>
        <w:pStyle w:val="Heading1"/>
      </w:pPr>
      <w:r>
        <w:t>SOP 9: Research and Summary</w:t>
      </w:r>
    </w:p>
    <w:p>
      <w:r>
        <w:t>Purpose: Turn research into a usable summary.</w:t>
      </w:r>
    </w:p>
    <w:p>
      <w:r>
        <w:t>Step 1: Note the question to answer: [question].</w:t>
      </w:r>
    </w:p>
    <w:p>
      <w:r>
        <w:t>Step 2: Gather sources and save their links.</w:t>
      </w:r>
    </w:p>
    <w:p>
      <w:r>
        <w:t>Step 3: Write a one-page summary with key points and sources.</w:t>
      </w:r>
    </w:p>
    <w:p>
      <w:r>
        <w:t>Step 4: Send the summary for review by [date].</w:t>
      </w:r>
    </w:p>
    <w:p>
      <w:r>
        <w:t>Done when: The summary is delivered with sources listed.</w:t>
      </w:r>
    </w:p>
    <w:p>
      <w:pPr>
        <w:pStyle w:val="Heading1"/>
      </w:pPr>
      <w:r>
        <w:t>SOP 10: Weekly Reporting</w:t>
      </w:r>
    </w:p>
    <w:p>
      <w:r>
        <w:t>Purpose: Report the week clearly to the client.</w:t>
      </w:r>
    </w:p>
    <w:p>
      <w:r>
        <w:t>Step 1: List tasks completed this week.</w:t>
      </w:r>
    </w:p>
    <w:p>
      <w:r>
        <w:t>Step 2: List tasks in progress and next steps.</w:t>
      </w:r>
    </w:p>
    <w:p>
      <w:r>
        <w:t>Step 3: Flag any blockers and what is needed.</w:t>
      </w:r>
    </w:p>
    <w:p>
      <w:r>
        <w:t>Step 4: Send the report every [Friday] and file a copy.</w:t>
      </w:r>
    </w:p>
    <w:p>
      <w:r>
        <w:t>Done when: The report is sent on schedule.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