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Thank-You Note Pack</w:t>
      </w:r>
    </w:p>
    <w:p>
      <w:pPr>
        <w:pStyle w:val="Heading1"/>
      </w:pPr>
      <w:r>
        <w:t>Project complete</w:t>
      </w:r>
    </w:p>
    <w:p>
      <w:r>
        <w:t>Thank you for working with me on [project]. It was a pleasure, and I hope the final [deliverable] serves you well.</w:t>
      </w:r>
    </w:p>
    <w:p>
      <w:r>
        <w:t>All done on [project], [Name]. Thank you for your clear brief and quick feedback throughout.</w:t>
      </w:r>
    </w:p>
    <w:p>
      <w:r>
        <w:t>Thank you for trusting me with [project]. I am glad we reached [result] together.</w:t>
      </w:r>
    </w:p>
    <w:p>
      <w:pPr>
        <w:pStyle w:val="Heading1"/>
      </w:pPr>
      <w:r>
        <w:t>Referral received</w:t>
      </w:r>
    </w:p>
    <w:p>
      <w:r>
        <w:t>Thank you for recommending me to [person]. I really appreciate your trust, and I will look after them well.</w:t>
      </w:r>
    </w:p>
    <w:p>
      <w:r>
        <w:t>[Name], thank you for the referral. It means a lot that you would recommend my work.</w:t>
      </w:r>
    </w:p>
    <w:p>
      <w:r>
        <w:t>I am grateful for the introduction to [person]. Thank you for thinking of me.</w:t>
      </w:r>
    </w:p>
    <w:p>
      <w:pPr>
        <w:pStyle w:val="Heading1"/>
      </w:pPr>
      <w:r>
        <w:t>Testimonial given</w:t>
      </w:r>
    </w:p>
    <w:p>
      <w:r>
        <w:t>Thank you for the kind words about [project]. Your testimonial means a great deal to me.</w:t>
      </w:r>
    </w:p>
    <w:p>
      <w:r>
        <w:t>[Name], thank you for taking the time to write about our work together. I truly appreciate it.</w:t>
      </w:r>
    </w:p>
    <w:p>
      <w:pPr>
        <w:pStyle w:val="Heading1"/>
      </w:pPr>
      <w:r>
        <w:t>Repeat client</w:t>
      </w:r>
    </w:p>
    <w:p>
      <w:r>
        <w:t>Thank you for coming back for [new project]. Working with you again is always a pleasure.</w:t>
      </w:r>
    </w:p>
    <w:p>
      <w:r>
        <w:t>It is great to work together again on [project]. Thank you for your continued trust.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