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A2540"/>
        </w:rPr>
        <w:t>Work Order / Job Sheet</w:t>
      </w:r>
    </w:p>
    <w:p>
      <w:r>
        <w:rPr>
          <w:i/>
        </w:rPr>
        <w:t>One sheet per job. Print it, pin it, or keep it open while you work — everything about the job on one page.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Job number</w:t>
            </w:r>
          </w:p>
        </w:tc>
        <w:tc>
          <w:tcPr>
            <w:tcW w:type="dxa" w:w="4968"/>
          </w:tcPr>
          <w:p>
            <w:r>
              <w:t>[e.g. JOB-001]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Client</w:t>
            </w:r>
          </w:p>
        </w:tc>
        <w:tc>
          <w:tcPr>
            <w:tcW w:type="dxa" w:w="4968"/>
          </w:tcPr>
          <w:p>
            <w:r>
              <w:t>[Name]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Project</w:t>
            </w:r>
          </w:p>
        </w:tc>
        <w:tc>
          <w:tcPr>
            <w:tcW w:type="dxa" w:w="4968"/>
          </w:tcPr>
          <w:p>
            <w:r>
              <w:t>[Project]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Date issued</w:t>
            </w:r>
          </w:p>
        </w:tc>
        <w:tc>
          <w:tcPr>
            <w:tcW w:type="dxa" w:w="4968"/>
          </w:tcPr>
          <w:p>
            <w:r>
              <w:t>[Date]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Deadline</w:t>
            </w:r>
          </w:p>
        </w:tc>
        <w:tc>
          <w:tcPr>
            <w:tcW w:type="dxa" w:w="4968"/>
          </w:tcPr>
          <w:p>
            <w:r>
              <w:t>[Date]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Priority</w:t>
            </w:r>
          </w:p>
        </w:tc>
        <w:tc>
          <w:tcPr>
            <w:tcW w:type="dxa" w:w="4968"/>
          </w:tcPr>
          <w:p>
            <w:r>
              <w:t>[Low / Normal / Urgent]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Assigned to</w:t>
            </w:r>
          </w:p>
        </w:tc>
        <w:tc>
          <w:tcPr>
            <w:tcW w:type="dxa" w:w="4968"/>
          </w:tcPr>
          <w:p>
            <w:r>
              <w:t>[Name]</w:t>
            </w:r>
          </w:p>
        </w:tc>
      </w:tr>
    </w:tbl>
    <w:p>
      <w:pPr>
        <w:pStyle w:val="Heading1"/>
      </w:pPr>
      <w:r>
        <w:rPr>
          <w:color w:val="0A2540"/>
        </w:rPr>
        <w:t>Job instructions</w:t>
      </w:r>
    </w:p>
    <w:p>
      <w:r>
        <w:rPr>
          <w:b w:val="0"/>
          <w:i w:val="0"/>
        </w:rPr>
        <w:t>[Step-by-step instructions: what to produce, in what order, to what standard.]</w:t>
      </w:r>
    </w:p>
    <w:p>
      <w:pPr>
        <w:pStyle w:val="Heading1"/>
      </w:pPr>
      <w:r>
        <w:rPr>
          <w:color w:val="0A2540"/>
        </w:rPr>
        <w:t>Deliverables</w:t>
      </w:r>
    </w:p>
    <w:p>
      <w:r>
        <w:t>☐  [Deliverable 1]</w:t>
      </w:r>
    </w:p>
    <w:p>
      <w:r>
        <w:t>☐  [Deliverable 2]</w:t>
      </w:r>
    </w:p>
    <w:p>
      <w:r>
        <w:t>☐  [Deliverable 3]</w:t>
      </w:r>
    </w:p>
    <w:p>
      <w:pPr>
        <w:pStyle w:val="Heading1"/>
      </w:pPr>
      <w:r>
        <w:rPr>
          <w:color w:val="0A2540"/>
        </w:rPr>
        <w:t>Materials / assets needed</w:t>
      </w:r>
    </w:p>
    <w:p>
      <w:r>
        <w:t>☐  [Asset 1 — link or location]</w:t>
      </w:r>
    </w:p>
    <w:p>
      <w:r>
        <w:t>☐  [Asset 2]</w:t>
      </w:r>
    </w:p>
    <w:p>
      <w:pPr>
        <w:pStyle w:val="Heading1"/>
      </w:pPr>
      <w:r>
        <w:rPr>
          <w:color w:val="0A2540"/>
        </w:rPr>
        <w:t>Quality check before delivery</w:t>
      </w:r>
    </w:p>
    <w:p>
      <w:r>
        <w:t>☐  Spelling and formatting checked</w:t>
      </w:r>
    </w:p>
    <w:p>
      <w:r>
        <w:t>☐  Links / files tested</w:t>
      </w:r>
    </w:p>
    <w:p>
      <w:r>
        <w:t>☐  Matches the brief and scope</w:t>
      </w:r>
    </w:p>
    <w:p>
      <w:r>
        <w:t>☐  Client name and details correct</w:t>
      </w:r>
    </w:p>
    <w:p>
      <w:pPr>
        <w:pStyle w:val="Heading1"/>
      </w:pPr>
      <w:r>
        <w:rPr>
          <w:color w:val="0A2540"/>
        </w:rPr>
        <w:t>Completion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Completed by</w:t>
            </w:r>
          </w:p>
        </w:tc>
        <w:tc>
          <w:tcPr>
            <w:tcW w:type="dxa" w:w="4968"/>
          </w:tcPr>
          <w:p>
            <w:r>
              <w:t>________________________  Date: __________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Delivered to client</w:t>
            </w:r>
          </w:p>
        </w:tc>
        <w:tc>
          <w:tcPr>
            <w:tcW w:type="dxa" w:w="4968"/>
          </w:tcPr>
          <w:p>
            <w:r>
              <w:t>________________________  Date: __________</w:t>
            </w:r>
          </w:p>
        </w:tc>
      </w:tr>
    </w:tbl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